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D4156" w14:textId="77777777" w:rsidR="00A14352" w:rsidRPr="00EC14B9" w:rsidRDefault="00A14352" w:rsidP="00BA5776">
      <w:pPr>
        <w:spacing w:before="240" w:after="0" w:line="240" w:lineRule="auto"/>
        <w:jc w:val="center"/>
        <w:rPr>
          <w:rFonts w:ascii="Arial Narrow" w:hAnsi="Arial Narrow" w:cstheme="majorHAnsi"/>
          <w:b/>
          <w:bCs/>
          <w:lang w:val="es-AR"/>
        </w:rPr>
      </w:pPr>
    </w:p>
    <w:p w14:paraId="53B9944F" w14:textId="77777777" w:rsidR="00BA5776" w:rsidRPr="00EC14B9" w:rsidRDefault="00BA5776" w:rsidP="00BA5776">
      <w:pPr>
        <w:spacing w:after="0" w:line="240" w:lineRule="auto"/>
        <w:jc w:val="center"/>
        <w:rPr>
          <w:rFonts w:ascii="Arial Narrow" w:hAnsi="Arial Narrow"/>
          <w:lang w:val="es-AR"/>
        </w:rPr>
      </w:pPr>
      <w:r w:rsidRPr="00EC14B9">
        <w:rPr>
          <w:rFonts w:ascii="Arial Narrow" w:eastAsia="Times New Roman" w:hAnsi="Arial Narrow" w:cs="Arial"/>
          <w:b/>
          <w:bCs/>
          <w:lang w:val="es-AR" w:eastAsia="es-AR"/>
        </w:rPr>
        <w:t>PROGRAMA MOVINTER</w:t>
      </w:r>
    </w:p>
    <w:p w14:paraId="117B7464" w14:textId="77777777" w:rsidR="00BA5776" w:rsidRPr="00EC14B9" w:rsidRDefault="00BA5776" w:rsidP="00BA5776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lang w:val="es-AR" w:eastAsia="es-AR"/>
        </w:rPr>
      </w:pPr>
      <w:bookmarkStart w:id="0" w:name="_Hlk198227172"/>
      <w:r w:rsidRPr="00EC14B9">
        <w:rPr>
          <w:rFonts w:ascii="Arial Narrow" w:eastAsia="Times New Roman" w:hAnsi="Arial Narrow" w:cs="Arial"/>
          <w:b/>
          <w:bCs/>
          <w:lang w:val="es-AR" w:eastAsia="es-AR"/>
        </w:rPr>
        <w:t>CONVOCATORIA 2025-2026 PARA BECAS DE MOVILIDAD INTERNACIONAL DESTINADAS A PERSONAL DOCENTE Y ADMINISTRATIVO</w:t>
      </w:r>
      <w:bookmarkEnd w:id="0"/>
      <w:r w:rsidRPr="00EC14B9">
        <w:rPr>
          <w:rFonts w:ascii="Arial Narrow" w:eastAsia="Times New Roman" w:hAnsi="Arial Narrow" w:cs="Arial"/>
          <w:b/>
          <w:bCs/>
          <w:lang w:val="es-AR" w:eastAsia="es-AR"/>
        </w:rPr>
        <w:t xml:space="preserve"> DE LA FHYCS</w:t>
      </w:r>
    </w:p>
    <w:p w14:paraId="58536C52" w14:textId="4B004AC6" w:rsidR="00933ED3" w:rsidRPr="00EC14B9" w:rsidRDefault="00BA5776" w:rsidP="00BA5776">
      <w:pPr>
        <w:spacing w:before="240" w:after="0" w:line="240" w:lineRule="auto"/>
        <w:jc w:val="center"/>
        <w:rPr>
          <w:rFonts w:ascii="Arial Narrow" w:hAnsi="Arial Narrow" w:cstheme="majorHAnsi"/>
          <w:b/>
          <w:bCs/>
          <w:u w:val="single"/>
          <w:lang w:val="es-AR"/>
        </w:rPr>
      </w:pPr>
      <w:r w:rsidRPr="00EC14B9">
        <w:rPr>
          <w:rFonts w:ascii="Arial Narrow" w:hAnsi="Arial Narrow" w:cstheme="majorHAnsi"/>
          <w:b/>
          <w:bCs/>
          <w:u w:val="single"/>
          <w:lang w:val="es-AR"/>
        </w:rPr>
        <w:t>FORMULARIO DE POSTULACIÓN</w:t>
      </w:r>
    </w:p>
    <w:p w14:paraId="511ABA29" w14:textId="77777777" w:rsidR="00641C92" w:rsidRPr="00EC14B9" w:rsidRDefault="00B45A63" w:rsidP="00BA5776">
      <w:pPr>
        <w:pStyle w:val="Ttulo2"/>
        <w:spacing w:before="240" w:line="240" w:lineRule="auto"/>
        <w:jc w:val="both"/>
        <w:rPr>
          <w:rFonts w:ascii="Arial Narrow" w:hAnsi="Arial Narrow" w:cstheme="majorHAnsi"/>
          <w:color w:val="auto"/>
          <w:sz w:val="22"/>
          <w:szCs w:val="22"/>
          <w:lang w:val="es-AR"/>
        </w:rPr>
      </w:pPr>
      <w:r w:rsidRPr="00EC14B9">
        <w:rPr>
          <w:rFonts w:ascii="Arial Narrow" w:hAnsi="Arial Narrow" w:cstheme="majorHAnsi"/>
          <w:color w:val="auto"/>
          <w:sz w:val="22"/>
          <w:szCs w:val="22"/>
          <w:lang w:val="es-AR"/>
        </w:rPr>
        <w:t>1. Datos personales</w:t>
      </w:r>
    </w:p>
    <w:p w14:paraId="09649F6C" w14:textId="22032379" w:rsidR="00641C92" w:rsidRPr="00EC14B9" w:rsidRDefault="00B45A63" w:rsidP="00BA5776">
      <w:pPr>
        <w:spacing w:before="240" w:after="0" w:line="240" w:lineRule="auto"/>
        <w:jc w:val="both"/>
        <w:rPr>
          <w:rFonts w:ascii="Arial Narrow" w:hAnsi="Arial Narrow" w:cstheme="majorHAnsi"/>
          <w:lang w:val="es-AR"/>
        </w:rPr>
      </w:pPr>
      <w:r w:rsidRPr="00EC14B9">
        <w:rPr>
          <w:rFonts w:ascii="Arial Narrow" w:hAnsi="Arial Narrow" w:cstheme="majorHAnsi"/>
          <w:lang w:val="es-AR"/>
        </w:rPr>
        <w:t>Apellido</w:t>
      </w:r>
      <w:r w:rsidR="00EC14B9" w:rsidRPr="00EC14B9">
        <w:rPr>
          <w:rFonts w:ascii="Arial Narrow" w:hAnsi="Arial Narrow" w:cstheme="majorHAnsi"/>
          <w:lang w:val="es-AR"/>
        </w:rPr>
        <w:t>s</w:t>
      </w:r>
      <w:r w:rsidRPr="00EC14B9">
        <w:rPr>
          <w:rFonts w:ascii="Arial Narrow" w:hAnsi="Arial Narrow" w:cstheme="majorHAnsi"/>
          <w:lang w:val="es-AR"/>
        </w:rPr>
        <w:t>: _________________________________</w:t>
      </w:r>
    </w:p>
    <w:p w14:paraId="2D85625B" w14:textId="4FA301EB" w:rsidR="00BA5776" w:rsidRPr="00EC14B9" w:rsidRDefault="00BA5776" w:rsidP="00BA5776">
      <w:pPr>
        <w:spacing w:before="240" w:after="0" w:line="240" w:lineRule="auto"/>
        <w:jc w:val="both"/>
        <w:rPr>
          <w:rFonts w:ascii="Arial Narrow" w:hAnsi="Arial Narrow" w:cstheme="majorHAnsi"/>
          <w:lang w:val="es-AR"/>
        </w:rPr>
      </w:pPr>
      <w:r w:rsidRPr="00EC14B9">
        <w:rPr>
          <w:rFonts w:ascii="Arial Narrow" w:hAnsi="Arial Narrow" w:cstheme="majorHAnsi"/>
          <w:lang w:val="es-AR"/>
        </w:rPr>
        <w:t>Nombres: __________________________________</w:t>
      </w:r>
    </w:p>
    <w:p w14:paraId="7444B49E" w14:textId="77777777" w:rsidR="00641C92" w:rsidRPr="00EC14B9" w:rsidRDefault="00B45A63" w:rsidP="00BA5776">
      <w:pPr>
        <w:spacing w:before="240" w:after="0" w:line="240" w:lineRule="auto"/>
        <w:jc w:val="both"/>
        <w:rPr>
          <w:rFonts w:ascii="Arial Narrow" w:hAnsi="Arial Narrow" w:cstheme="majorHAnsi"/>
          <w:lang w:val="es-AR"/>
        </w:rPr>
      </w:pPr>
      <w:r w:rsidRPr="00EC14B9">
        <w:rPr>
          <w:rFonts w:ascii="Arial Narrow" w:hAnsi="Arial Narrow" w:cstheme="majorHAnsi"/>
          <w:lang w:val="es-AR"/>
        </w:rPr>
        <w:t>DNI: _________________________________</w:t>
      </w:r>
    </w:p>
    <w:p w14:paraId="0AD20F0F" w14:textId="4DC57CB4" w:rsidR="00641C92" w:rsidRPr="00EC14B9" w:rsidRDefault="00B45A63" w:rsidP="00BA5776">
      <w:pPr>
        <w:spacing w:before="240" w:after="0" w:line="240" w:lineRule="auto"/>
        <w:jc w:val="both"/>
        <w:rPr>
          <w:rFonts w:ascii="Arial Narrow" w:hAnsi="Arial Narrow" w:cstheme="majorHAnsi"/>
          <w:lang w:val="es-AR"/>
        </w:rPr>
      </w:pPr>
      <w:r w:rsidRPr="00EC14B9">
        <w:rPr>
          <w:rFonts w:ascii="Arial Narrow" w:hAnsi="Arial Narrow" w:cstheme="majorHAnsi"/>
          <w:lang w:val="es-AR"/>
        </w:rPr>
        <w:t>Correo electrónico: _________________________________</w:t>
      </w:r>
    </w:p>
    <w:p w14:paraId="37985717" w14:textId="77777777" w:rsidR="00641C92" w:rsidRPr="00EC14B9" w:rsidRDefault="00B45A63" w:rsidP="00BA5776">
      <w:pPr>
        <w:spacing w:before="240" w:after="0" w:line="240" w:lineRule="auto"/>
        <w:jc w:val="both"/>
        <w:rPr>
          <w:rFonts w:ascii="Arial Narrow" w:hAnsi="Arial Narrow" w:cstheme="majorHAnsi"/>
          <w:lang w:val="es-AR"/>
        </w:rPr>
      </w:pPr>
      <w:r w:rsidRPr="00EC14B9">
        <w:rPr>
          <w:rFonts w:ascii="Arial Narrow" w:hAnsi="Arial Narrow" w:cstheme="majorHAnsi"/>
          <w:lang w:val="es-AR"/>
        </w:rPr>
        <w:t>Teléfono de contacto: _________________________________</w:t>
      </w:r>
    </w:p>
    <w:p w14:paraId="6A51E060" w14:textId="77777777" w:rsidR="00641C92" w:rsidRPr="00EC14B9" w:rsidRDefault="00B45A63" w:rsidP="00BA5776">
      <w:pPr>
        <w:pStyle w:val="Ttulo2"/>
        <w:spacing w:before="240" w:line="240" w:lineRule="auto"/>
        <w:jc w:val="both"/>
        <w:rPr>
          <w:rFonts w:ascii="Arial Narrow" w:hAnsi="Arial Narrow" w:cstheme="majorHAnsi"/>
          <w:color w:val="auto"/>
          <w:sz w:val="22"/>
          <w:szCs w:val="22"/>
          <w:lang w:val="es-AR"/>
        </w:rPr>
      </w:pPr>
      <w:r w:rsidRPr="00EC14B9">
        <w:rPr>
          <w:rFonts w:ascii="Arial Narrow" w:hAnsi="Arial Narrow" w:cstheme="majorHAnsi"/>
          <w:color w:val="auto"/>
          <w:sz w:val="22"/>
          <w:szCs w:val="22"/>
          <w:lang w:val="es-AR"/>
        </w:rPr>
        <w:t>2. Categoría y situación de revista</w:t>
      </w:r>
    </w:p>
    <w:p w14:paraId="6219A69A" w14:textId="34F8C32B" w:rsidR="00641C92" w:rsidRPr="00EC14B9" w:rsidRDefault="00B45A63" w:rsidP="00BA5776">
      <w:pPr>
        <w:spacing w:before="240" w:after="0" w:line="240" w:lineRule="auto"/>
        <w:jc w:val="both"/>
        <w:rPr>
          <w:rFonts w:ascii="Arial Narrow" w:hAnsi="Arial Narrow" w:cstheme="majorHAnsi"/>
          <w:lang w:val="es-AR"/>
        </w:rPr>
      </w:pPr>
      <w:r w:rsidRPr="00EC14B9">
        <w:rPr>
          <w:rFonts w:ascii="Segoe UI Symbol" w:hAnsi="Segoe UI Symbol" w:cs="Segoe UI Symbol"/>
          <w:lang w:val="es-AR"/>
        </w:rPr>
        <w:t>☐</w:t>
      </w:r>
      <w:r w:rsidRPr="00EC14B9">
        <w:rPr>
          <w:rFonts w:ascii="Arial Narrow" w:hAnsi="Arial Narrow" w:cstheme="majorHAnsi"/>
          <w:lang w:val="es-AR"/>
        </w:rPr>
        <w:t xml:space="preserve"> Docente</w:t>
      </w:r>
      <w:r w:rsidRPr="00EC14B9">
        <w:rPr>
          <w:rFonts w:ascii="Arial Narrow" w:hAnsi="Arial Narrow" w:cstheme="majorHAnsi"/>
          <w:lang w:val="es-AR"/>
        </w:rPr>
        <w:tab/>
      </w:r>
      <w:r w:rsidRPr="00EC14B9">
        <w:rPr>
          <w:rFonts w:ascii="Arial Narrow" w:hAnsi="Arial Narrow" w:cstheme="majorHAnsi"/>
          <w:lang w:val="es-AR"/>
        </w:rPr>
        <w:tab/>
      </w:r>
      <w:r w:rsidRPr="00EC14B9">
        <w:rPr>
          <w:rFonts w:ascii="Segoe UI Symbol" w:hAnsi="Segoe UI Symbol" w:cs="Segoe UI Symbol"/>
          <w:lang w:val="es-AR"/>
        </w:rPr>
        <w:t>☐</w:t>
      </w:r>
      <w:r w:rsidRPr="00EC14B9">
        <w:rPr>
          <w:rFonts w:ascii="Arial Narrow" w:hAnsi="Arial Narrow" w:cstheme="majorHAnsi"/>
          <w:lang w:val="es-AR"/>
        </w:rPr>
        <w:t xml:space="preserve"> </w:t>
      </w:r>
      <w:r w:rsidR="00BA5776" w:rsidRPr="00EC14B9">
        <w:rPr>
          <w:rFonts w:ascii="Arial Narrow" w:hAnsi="Arial Narrow" w:cstheme="majorHAnsi"/>
          <w:lang w:val="es-AR"/>
        </w:rPr>
        <w:t>Administrativo</w:t>
      </w:r>
    </w:p>
    <w:p w14:paraId="0D195916" w14:textId="77777777" w:rsidR="00641C92" w:rsidRPr="00EC14B9" w:rsidRDefault="00B45A63" w:rsidP="00BA5776">
      <w:pPr>
        <w:spacing w:before="240" w:after="0" w:line="240" w:lineRule="auto"/>
        <w:jc w:val="both"/>
        <w:rPr>
          <w:rFonts w:ascii="Arial Narrow" w:hAnsi="Arial Narrow" w:cstheme="majorHAnsi"/>
          <w:lang w:val="es-AR"/>
        </w:rPr>
      </w:pPr>
      <w:r w:rsidRPr="00EC14B9">
        <w:rPr>
          <w:rFonts w:ascii="Arial Narrow" w:hAnsi="Arial Narrow" w:cstheme="majorHAnsi"/>
          <w:lang w:val="es-AR"/>
        </w:rPr>
        <w:t>Cargo: _________________________________</w:t>
      </w:r>
    </w:p>
    <w:p w14:paraId="207B4D21" w14:textId="6120772D" w:rsidR="00641C92" w:rsidRPr="00EC14B9" w:rsidRDefault="00B45A63" w:rsidP="00BA5776">
      <w:pPr>
        <w:spacing w:before="240" w:after="0" w:line="240" w:lineRule="auto"/>
        <w:jc w:val="both"/>
        <w:rPr>
          <w:rFonts w:ascii="Arial Narrow" w:hAnsi="Arial Narrow" w:cstheme="majorHAnsi"/>
          <w:lang w:val="es-AR"/>
        </w:rPr>
      </w:pPr>
      <w:r w:rsidRPr="00EC14B9">
        <w:rPr>
          <w:rFonts w:ascii="Arial Narrow" w:hAnsi="Arial Narrow" w:cstheme="majorHAnsi"/>
          <w:lang w:val="es-AR"/>
        </w:rPr>
        <w:t xml:space="preserve">Antigüedad en </w:t>
      </w:r>
      <w:r w:rsidR="009C2059" w:rsidRPr="00EC14B9">
        <w:rPr>
          <w:rFonts w:ascii="Arial Narrow" w:hAnsi="Arial Narrow" w:cstheme="majorHAnsi"/>
          <w:lang w:val="es-AR"/>
        </w:rPr>
        <w:t>el cargo</w:t>
      </w:r>
      <w:r w:rsidRPr="00EC14B9">
        <w:rPr>
          <w:rFonts w:ascii="Arial Narrow" w:hAnsi="Arial Narrow" w:cstheme="majorHAnsi"/>
          <w:lang w:val="es-AR"/>
        </w:rPr>
        <w:t>: _________________________________</w:t>
      </w:r>
    </w:p>
    <w:p w14:paraId="3F8244A7" w14:textId="57158FF9" w:rsidR="00B41E7A" w:rsidRPr="00EC14B9" w:rsidRDefault="00B41E7A" w:rsidP="00BA5776">
      <w:pPr>
        <w:spacing w:before="240" w:after="0" w:line="240" w:lineRule="auto"/>
        <w:jc w:val="both"/>
        <w:rPr>
          <w:rFonts w:ascii="Arial Narrow" w:hAnsi="Arial Narrow" w:cstheme="majorHAnsi"/>
          <w:lang w:val="es-AR"/>
        </w:rPr>
      </w:pPr>
      <w:r w:rsidRPr="00EC14B9">
        <w:rPr>
          <w:rFonts w:ascii="Arial Narrow" w:hAnsi="Arial Narrow" w:cstheme="majorHAnsi"/>
          <w:lang w:val="es-AR"/>
        </w:rPr>
        <w:t>Legajo: ________________________</w:t>
      </w:r>
    </w:p>
    <w:p w14:paraId="354A9DF1" w14:textId="77777777" w:rsidR="00641C92" w:rsidRPr="00EC14B9" w:rsidRDefault="00B45A63" w:rsidP="00BA5776">
      <w:pPr>
        <w:pStyle w:val="Ttulo2"/>
        <w:spacing w:before="240" w:line="240" w:lineRule="auto"/>
        <w:jc w:val="both"/>
        <w:rPr>
          <w:rFonts w:ascii="Arial Narrow" w:hAnsi="Arial Narrow" w:cstheme="majorHAnsi"/>
          <w:color w:val="auto"/>
          <w:sz w:val="22"/>
          <w:szCs w:val="22"/>
          <w:lang w:val="es-AR"/>
        </w:rPr>
      </w:pPr>
      <w:r w:rsidRPr="00EC14B9">
        <w:rPr>
          <w:rFonts w:ascii="Arial Narrow" w:hAnsi="Arial Narrow" w:cstheme="majorHAnsi"/>
          <w:color w:val="auto"/>
          <w:sz w:val="22"/>
          <w:szCs w:val="22"/>
          <w:lang w:val="es-AR"/>
        </w:rPr>
        <w:t>3. Institución extranjera de destino</w:t>
      </w:r>
    </w:p>
    <w:p w14:paraId="0A99EDD0" w14:textId="77777777" w:rsidR="00641C92" w:rsidRPr="00EC14B9" w:rsidRDefault="00B45A63" w:rsidP="00BA5776">
      <w:pPr>
        <w:spacing w:before="240" w:after="0" w:line="240" w:lineRule="auto"/>
        <w:jc w:val="both"/>
        <w:rPr>
          <w:rFonts w:ascii="Arial Narrow" w:hAnsi="Arial Narrow" w:cstheme="majorHAnsi"/>
          <w:lang w:val="es-AR"/>
        </w:rPr>
      </w:pPr>
      <w:r w:rsidRPr="00EC14B9">
        <w:rPr>
          <w:rFonts w:ascii="Arial Narrow" w:hAnsi="Arial Narrow" w:cstheme="majorHAnsi"/>
          <w:lang w:val="es-AR"/>
        </w:rPr>
        <w:t>Nombre de la institución: _________________________________</w:t>
      </w:r>
    </w:p>
    <w:p w14:paraId="4E44EE12" w14:textId="77777777" w:rsidR="00641C92" w:rsidRPr="00EC14B9" w:rsidRDefault="00B45A63" w:rsidP="00BA5776">
      <w:pPr>
        <w:spacing w:before="240" w:after="0" w:line="240" w:lineRule="auto"/>
        <w:jc w:val="both"/>
        <w:rPr>
          <w:rFonts w:ascii="Arial Narrow" w:hAnsi="Arial Narrow" w:cstheme="majorHAnsi"/>
          <w:lang w:val="es-AR"/>
        </w:rPr>
      </w:pPr>
      <w:r w:rsidRPr="00EC14B9">
        <w:rPr>
          <w:rFonts w:ascii="Arial Narrow" w:hAnsi="Arial Narrow" w:cstheme="majorHAnsi"/>
          <w:lang w:val="es-AR"/>
        </w:rPr>
        <w:t>País: _________________________________</w:t>
      </w:r>
    </w:p>
    <w:p w14:paraId="456E1A81" w14:textId="77777777" w:rsidR="00641C92" w:rsidRPr="00EC14B9" w:rsidRDefault="00B45A63" w:rsidP="00BA5776">
      <w:pPr>
        <w:spacing w:before="240" w:after="0" w:line="240" w:lineRule="auto"/>
        <w:jc w:val="both"/>
        <w:rPr>
          <w:rFonts w:ascii="Arial Narrow" w:hAnsi="Arial Narrow" w:cstheme="majorHAnsi"/>
          <w:lang w:val="es-AR"/>
        </w:rPr>
      </w:pPr>
      <w:r w:rsidRPr="00EC14B9">
        <w:rPr>
          <w:rFonts w:ascii="Arial Narrow" w:hAnsi="Arial Narrow" w:cstheme="majorHAnsi"/>
          <w:lang w:val="es-AR"/>
        </w:rPr>
        <w:t xml:space="preserve">Convenio vigente con </w:t>
      </w:r>
      <w:proofErr w:type="spellStart"/>
      <w:r w:rsidRPr="00EC14B9">
        <w:rPr>
          <w:rFonts w:ascii="Arial Narrow" w:hAnsi="Arial Narrow" w:cstheme="majorHAnsi"/>
          <w:lang w:val="es-AR"/>
        </w:rPr>
        <w:t>UNJu</w:t>
      </w:r>
      <w:proofErr w:type="spellEnd"/>
      <w:r w:rsidRPr="00EC14B9">
        <w:rPr>
          <w:rFonts w:ascii="Arial Narrow" w:hAnsi="Arial Narrow" w:cstheme="majorHAnsi"/>
          <w:lang w:val="es-AR"/>
        </w:rPr>
        <w:t xml:space="preserve">: </w:t>
      </w:r>
      <w:bookmarkStart w:id="1" w:name="_Hlk198224793"/>
      <w:r w:rsidRPr="00EC14B9">
        <w:rPr>
          <w:rFonts w:ascii="Segoe UI Symbol" w:hAnsi="Segoe UI Symbol" w:cs="Segoe UI Symbol"/>
          <w:lang w:val="es-AR"/>
        </w:rPr>
        <w:t>☐</w:t>
      </w:r>
      <w:r w:rsidRPr="00EC14B9">
        <w:rPr>
          <w:rFonts w:ascii="Arial Narrow" w:hAnsi="Arial Narrow" w:cstheme="majorHAnsi"/>
          <w:lang w:val="es-AR"/>
        </w:rPr>
        <w:t xml:space="preserve"> </w:t>
      </w:r>
      <w:bookmarkEnd w:id="1"/>
      <w:r w:rsidRPr="00EC14B9">
        <w:rPr>
          <w:rFonts w:ascii="Arial Narrow" w:hAnsi="Arial Narrow" w:cstheme="majorHAnsi"/>
          <w:lang w:val="es-AR"/>
        </w:rPr>
        <w:t>S</w:t>
      </w:r>
      <w:r w:rsidRPr="00EC14B9">
        <w:rPr>
          <w:rFonts w:ascii="Arial Narrow" w:hAnsi="Arial Narrow" w:cs="Calibri"/>
          <w:lang w:val="es-AR"/>
        </w:rPr>
        <w:t>í</w:t>
      </w:r>
      <w:r w:rsidRPr="00EC14B9">
        <w:rPr>
          <w:rFonts w:ascii="Arial Narrow" w:hAnsi="Arial Narrow" w:cstheme="majorHAnsi"/>
          <w:lang w:val="es-AR"/>
        </w:rPr>
        <w:t xml:space="preserve"> </w:t>
      </w:r>
      <w:r w:rsidRPr="00EC14B9">
        <w:rPr>
          <w:rFonts w:ascii="Segoe UI Symbol" w:hAnsi="Segoe UI Symbol" w:cs="Segoe UI Symbol"/>
          <w:lang w:val="es-AR"/>
        </w:rPr>
        <w:t>☐</w:t>
      </w:r>
      <w:r w:rsidRPr="00EC14B9">
        <w:rPr>
          <w:rFonts w:ascii="Arial Narrow" w:hAnsi="Arial Narrow" w:cstheme="majorHAnsi"/>
          <w:lang w:val="es-AR"/>
        </w:rPr>
        <w:t xml:space="preserve"> No </w:t>
      </w:r>
      <w:r w:rsidRPr="00EC14B9">
        <w:rPr>
          <w:rFonts w:ascii="Segoe UI Symbol" w:hAnsi="Segoe UI Symbol" w:cs="Segoe UI Symbol"/>
          <w:lang w:val="es-AR"/>
        </w:rPr>
        <w:t>☐</w:t>
      </w:r>
      <w:r w:rsidRPr="00EC14B9">
        <w:rPr>
          <w:rFonts w:ascii="Arial Narrow" w:hAnsi="Arial Narrow" w:cstheme="majorHAnsi"/>
          <w:lang w:val="es-AR"/>
        </w:rPr>
        <w:t xml:space="preserve"> En gesti</w:t>
      </w:r>
      <w:r w:rsidRPr="00EC14B9">
        <w:rPr>
          <w:rFonts w:ascii="Arial Narrow" w:hAnsi="Arial Narrow" w:cs="Calibri"/>
          <w:lang w:val="es-AR"/>
        </w:rPr>
        <w:t>ó</w:t>
      </w:r>
      <w:r w:rsidRPr="00EC14B9">
        <w:rPr>
          <w:rFonts w:ascii="Arial Narrow" w:hAnsi="Arial Narrow" w:cstheme="majorHAnsi"/>
          <w:lang w:val="es-AR"/>
        </w:rPr>
        <w:t>n</w:t>
      </w:r>
    </w:p>
    <w:p w14:paraId="2BFBAB45" w14:textId="744E0790" w:rsidR="00641C92" w:rsidRPr="00EC14B9" w:rsidRDefault="00B45A63" w:rsidP="00BA5776">
      <w:pPr>
        <w:pStyle w:val="Ttulo2"/>
        <w:spacing w:before="240" w:line="240" w:lineRule="auto"/>
        <w:jc w:val="both"/>
        <w:rPr>
          <w:rFonts w:ascii="Arial Narrow" w:hAnsi="Arial Narrow" w:cstheme="majorHAnsi"/>
          <w:color w:val="auto"/>
          <w:sz w:val="22"/>
          <w:szCs w:val="22"/>
          <w:lang w:val="es-AR"/>
        </w:rPr>
      </w:pPr>
      <w:r w:rsidRPr="00EC14B9">
        <w:rPr>
          <w:rFonts w:ascii="Arial Narrow" w:hAnsi="Arial Narrow" w:cstheme="majorHAnsi"/>
          <w:color w:val="auto"/>
          <w:sz w:val="22"/>
          <w:szCs w:val="22"/>
          <w:lang w:val="es-AR"/>
        </w:rPr>
        <w:t xml:space="preserve">4. </w:t>
      </w:r>
      <w:r w:rsidR="00043C51" w:rsidRPr="00EC14B9">
        <w:rPr>
          <w:rFonts w:ascii="Arial Narrow" w:hAnsi="Arial Narrow" w:cstheme="majorHAnsi"/>
          <w:color w:val="auto"/>
          <w:sz w:val="22"/>
          <w:szCs w:val="22"/>
          <w:lang w:val="es-AR"/>
        </w:rPr>
        <w:t>M</w:t>
      </w:r>
      <w:r w:rsidRPr="00EC14B9">
        <w:rPr>
          <w:rFonts w:ascii="Arial Narrow" w:hAnsi="Arial Narrow" w:cstheme="majorHAnsi"/>
          <w:color w:val="auto"/>
          <w:sz w:val="22"/>
          <w:szCs w:val="22"/>
          <w:lang w:val="es-AR"/>
        </w:rPr>
        <w:t>otivación</w:t>
      </w:r>
      <w:r w:rsidR="00B41E7A" w:rsidRPr="00EC14B9">
        <w:rPr>
          <w:rFonts w:ascii="Arial Narrow" w:hAnsi="Arial Narrow" w:cstheme="majorHAnsi"/>
          <w:color w:val="auto"/>
          <w:sz w:val="22"/>
          <w:szCs w:val="22"/>
          <w:lang w:val="es-AR"/>
        </w:rPr>
        <w:t xml:space="preserve">    </w:t>
      </w:r>
    </w:p>
    <w:p w14:paraId="70E638D3" w14:textId="58D62F73" w:rsidR="00641C92" w:rsidRPr="00EC14B9" w:rsidRDefault="00B45A63" w:rsidP="00BA5776">
      <w:pPr>
        <w:spacing w:before="240" w:after="0" w:line="240" w:lineRule="auto"/>
        <w:jc w:val="both"/>
        <w:rPr>
          <w:rFonts w:ascii="Arial Narrow" w:hAnsi="Arial Narrow" w:cstheme="majorHAnsi"/>
          <w:lang w:val="es-AR"/>
        </w:rPr>
      </w:pPr>
      <w:r w:rsidRPr="00EC14B9">
        <w:rPr>
          <w:rFonts w:ascii="Arial Narrow" w:hAnsi="Arial Narrow" w:cstheme="majorHAnsi"/>
          <w:lang w:val="es-AR"/>
        </w:rPr>
        <w:t>(</w:t>
      </w:r>
      <w:r w:rsidR="00043C51" w:rsidRPr="00EC14B9">
        <w:rPr>
          <w:rFonts w:ascii="Arial Narrow" w:hAnsi="Arial Narrow" w:cstheme="majorHAnsi"/>
          <w:lang w:val="es-AR"/>
        </w:rPr>
        <w:t>Detallar los motivos de su postulación. Hasta 1</w:t>
      </w:r>
      <w:r w:rsidR="00C6015F" w:rsidRPr="00EC14B9">
        <w:rPr>
          <w:rFonts w:ascii="Arial Narrow" w:hAnsi="Arial Narrow" w:cstheme="majorHAnsi"/>
          <w:lang w:val="es-AR"/>
        </w:rPr>
        <w:t>.</w:t>
      </w:r>
      <w:r w:rsidR="00043C51" w:rsidRPr="00EC14B9">
        <w:rPr>
          <w:rFonts w:ascii="Arial Narrow" w:hAnsi="Arial Narrow" w:cstheme="majorHAnsi"/>
          <w:lang w:val="es-AR"/>
        </w:rPr>
        <w:t>000 palabras.</w:t>
      </w:r>
      <w:r w:rsidRPr="00EC14B9">
        <w:rPr>
          <w:rFonts w:ascii="Arial Narrow" w:hAnsi="Arial Narrow" w:cstheme="majorHAnsi"/>
          <w:lang w:val="es-AR"/>
        </w:rPr>
        <w:t>)</w:t>
      </w:r>
    </w:p>
    <w:p w14:paraId="6B1C9080" w14:textId="2E148E45" w:rsidR="00BA5776" w:rsidRPr="00EC14B9" w:rsidRDefault="00BA5776" w:rsidP="00BA5776">
      <w:pPr>
        <w:spacing w:before="240" w:after="0" w:line="240" w:lineRule="auto"/>
        <w:jc w:val="both"/>
        <w:rPr>
          <w:rFonts w:ascii="Arial Narrow" w:hAnsi="Arial Narrow" w:cstheme="majorHAnsi"/>
          <w:lang w:val="es-AR"/>
        </w:rPr>
      </w:pPr>
      <w:r w:rsidRPr="00EC14B9">
        <w:rPr>
          <w:rFonts w:ascii="Arial Narrow" w:hAnsi="Arial Narrow" w:cstheme="majorHAnsi"/>
          <w:lang w:val="es-AR"/>
        </w:rPr>
        <w:t>COMPLETAR AQUÍ.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EC14B9" w:rsidRPr="00EC14B9" w14:paraId="346C36CE" w14:textId="77777777" w:rsidTr="00EC14B9">
        <w:tc>
          <w:tcPr>
            <w:tcW w:w="8630" w:type="dxa"/>
          </w:tcPr>
          <w:p w14:paraId="4CE26B64" w14:textId="77777777" w:rsidR="00EC14B9" w:rsidRPr="00EC14B9" w:rsidRDefault="00EC14B9" w:rsidP="00BA5776">
            <w:pPr>
              <w:spacing w:before="240"/>
              <w:jc w:val="both"/>
              <w:rPr>
                <w:rFonts w:ascii="Arial Narrow" w:hAnsi="Arial Narrow" w:cstheme="majorHAnsi"/>
                <w:lang w:val="es-AR"/>
              </w:rPr>
            </w:pPr>
          </w:p>
          <w:p w14:paraId="73B00DA8" w14:textId="77777777" w:rsidR="00EC14B9" w:rsidRPr="00EC14B9" w:rsidRDefault="00EC14B9" w:rsidP="00BA5776">
            <w:pPr>
              <w:spacing w:before="240"/>
              <w:jc w:val="both"/>
              <w:rPr>
                <w:rFonts w:ascii="Arial Narrow" w:hAnsi="Arial Narrow" w:cstheme="majorHAnsi"/>
                <w:lang w:val="es-AR"/>
              </w:rPr>
            </w:pPr>
          </w:p>
          <w:p w14:paraId="12A08DCA" w14:textId="253EC248" w:rsidR="00EC14B9" w:rsidRPr="00EC14B9" w:rsidRDefault="00EC14B9" w:rsidP="00BA5776">
            <w:pPr>
              <w:spacing w:before="240"/>
              <w:jc w:val="both"/>
              <w:rPr>
                <w:rFonts w:ascii="Arial Narrow" w:hAnsi="Arial Narrow" w:cstheme="majorHAnsi"/>
                <w:lang w:val="es-AR"/>
              </w:rPr>
            </w:pPr>
          </w:p>
        </w:tc>
      </w:tr>
    </w:tbl>
    <w:p w14:paraId="65A2ADBA" w14:textId="131C074E" w:rsidR="00EC14B9" w:rsidRDefault="00EC14B9" w:rsidP="00BA5776">
      <w:pPr>
        <w:spacing w:before="240" w:after="0" w:line="240" w:lineRule="auto"/>
        <w:jc w:val="both"/>
        <w:rPr>
          <w:rFonts w:ascii="Arial Narrow" w:hAnsi="Arial Narrow" w:cstheme="majorHAnsi"/>
          <w:lang w:val="es-AR"/>
        </w:rPr>
      </w:pPr>
    </w:p>
    <w:p w14:paraId="3550EC91" w14:textId="77777777" w:rsidR="00EC14B9" w:rsidRPr="00EC14B9" w:rsidRDefault="00EC14B9" w:rsidP="00BA5776">
      <w:pPr>
        <w:spacing w:before="240" w:after="0" w:line="240" w:lineRule="auto"/>
        <w:jc w:val="both"/>
        <w:rPr>
          <w:rFonts w:ascii="Arial Narrow" w:hAnsi="Arial Narrow" w:cstheme="majorHAnsi"/>
          <w:lang w:val="es-AR"/>
        </w:rPr>
      </w:pPr>
    </w:p>
    <w:p w14:paraId="4B1EF0C9" w14:textId="5C00F718" w:rsidR="00641C92" w:rsidRPr="00EC14B9" w:rsidRDefault="00B45A63" w:rsidP="00BA5776">
      <w:pPr>
        <w:pStyle w:val="Ttulo2"/>
        <w:spacing w:before="240" w:line="240" w:lineRule="auto"/>
        <w:jc w:val="both"/>
        <w:rPr>
          <w:rFonts w:ascii="Arial Narrow" w:hAnsi="Arial Narrow" w:cstheme="majorHAnsi"/>
          <w:color w:val="auto"/>
          <w:sz w:val="22"/>
          <w:szCs w:val="22"/>
          <w:lang w:val="es-AR"/>
        </w:rPr>
      </w:pPr>
      <w:r w:rsidRPr="00EC14B9">
        <w:rPr>
          <w:rFonts w:ascii="Arial Narrow" w:hAnsi="Arial Narrow" w:cstheme="majorHAnsi"/>
          <w:color w:val="auto"/>
          <w:sz w:val="22"/>
          <w:szCs w:val="22"/>
          <w:lang w:val="es-AR"/>
        </w:rPr>
        <w:t>5. Propuesta de trabajo durante la estancia</w:t>
      </w:r>
      <w:r w:rsidR="00B41E7A" w:rsidRPr="00EC14B9">
        <w:rPr>
          <w:rFonts w:ascii="Arial Narrow" w:hAnsi="Arial Narrow" w:cstheme="majorHAnsi"/>
          <w:color w:val="auto"/>
          <w:sz w:val="22"/>
          <w:szCs w:val="22"/>
          <w:lang w:val="es-AR"/>
        </w:rPr>
        <w:t xml:space="preserve"> </w:t>
      </w:r>
    </w:p>
    <w:p w14:paraId="7D082BDA" w14:textId="77C9201A" w:rsidR="00641C92" w:rsidRPr="00EC14B9" w:rsidRDefault="00B45A63" w:rsidP="00BA5776">
      <w:pPr>
        <w:spacing w:before="240" w:after="0" w:line="240" w:lineRule="auto"/>
        <w:jc w:val="both"/>
        <w:rPr>
          <w:rFonts w:ascii="Arial Narrow" w:hAnsi="Arial Narrow" w:cstheme="majorHAnsi"/>
          <w:lang w:val="es-AR"/>
        </w:rPr>
      </w:pPr>
      <w:r w:rsidRPr="00EC14B9">
        <w:rPr>
          <w:rFonts w:ascii="Arial Narrow" w:hAnsi="Arial Narrow" w:cstheme="majorHAnsi"/>
          <w:lang w:val="es-AR"/>
        </w:rPr>
        <w:t xml:space="preserve">(Describir </w:t>
      </w:r>
      <w:r w:rsidR="00EC14B9" w:rsidRPr="00EC14B9">
        <w:rPr>
          <w:rFonts w:ascii="Arial Narrow" w:hAnsi="Arial Narrow" w:cstheme="majorHAnsi"/>
          <w:lang w:val="es-AR"/>
        </w:rPr>
        <w:t xml:space="preserve">un cronograma tentativo con </w:t>
      </w:r>
      <w:r w:rsidRPr="00EC14B9">
        <w:rPr>
          <w:rFonts w:ascii="Arial Narrow" w:hAnsi="Arial Narrow" w:cstheme="majorHAnsi"/>
          <w:lang w:val="es-AR"/>
        </w:rPr>
        <w:t xml:space="preserve">actividades a realizar, </w:t>
      </w:r>
      <w:r w:rsidR="00EC14B9" w:rsidRPr="00EC14B9">
        <w:rPr>
          <w:rFonts w:ascii="Arial Narrow" w:hAnsi="Arial Narrow" w:cstheme="majorHAnsi"/>
          <w:lang w:val="es-AR"/>
        </w:rPr>
        <w:t>lugar, objetivos y plazos</w:t>
      </w:r>
      <w:r w:rsidR="00043C51" w:rsidRPr="00EC14B9">
        <w:rPr>
          <w:rFonts w:ascii="Arial Narrow" w:hAnsi="Arial Narrow" w:cstheme="majorHAnsi"/>
          <w:lang w:val="es-AR"/>
        </w:rPr>
        <w:t xml:space="preserve">. Hasta </w:t>
      </w:r>
      <w:r w:rsidR="006725D1">
        <w:rPr>
          <w:rFonts w:ascii="Arial Narrow" w:hAnsi="Arial Narrow" w:cstheme="majorHAnsi"/>
          <w:lang w:val="es-AR"/>
        </w:rPr>
        <w:t>1</w:t>
      </w:r>
      <w:r w:rsidR="00C6015F" w:rsidRPr="00EC14B9">
        <w:rPr>
          <w:rFonts w:ascii="Arial Narrow" w:hAnsi="Arial Narrow" w:cstheme="majorHAnsi"/>
          <w:lang w:val="es-AR"/>
        </w:rPr>
        <w:t>.</w:t>
      </w:r>
      <w:r w:rsidR="00043C51" w:rsidRPr="00EC14B9">
        <w:rPr>
          <w:rFonts w:ascii="Arial Narrow" w:hAnsi="Arial Narrow" w:cstheme="majorHAnsi"/>
          <w:lang w:val="es-AR"/>
        </w:rPr>
        <w:t>000 palabras.</w:t>
      </w:r>
      <w:r w:rsidRPr="00EC14B9">
        <w:rPr>
          <w:rFonts w:ascii="Arial Narrow" w:hAnsi="Arial Narrow" w:cstheme="majorHAnsi"/>
          <w:lang w:val="es-AR"/>
        </w:rPr>
        <w:t>)</w:t>
      </w:r>
    </w:p>
    <w:p w14:paraId="7A26771A" w14:textId="77777777" w:rsidR="00BA5776" w:rsidRPr="00EC14B9" w:rsidRDefault="00BA5776" w:rsidP="00BA5776">
      <w:pPr>
        <w:spacing w:before="240" w:after="0" w:line="240" w:lineRule="auto"/>
        <w:jc w:val="both"/>
        <w:rPr>
          <w:rFonts w:ascii="Arial Narrow" w:hAnsi="Arial Narrow" w:cstheme="majorHAnsi"/>
          <w:lang w:val="es-AR"/>
        </w:rPr>
      </w:pPr>
      <w:r w:rsidRPr="00EC14B9">
        <w:rPr>
          <w:rFonts w:ascii="Arial Narrow" w:hAnsi="Arial Narrow" w:cstheme="majorHAnsi"/>
          <w:lang w:val="es-AR"/>
        </w:rPr>
        <w:t>COMPLETAR AQUÍ.</w:t>
      </w:r>
    </w:p>
    <w:p w14:paraId="029A727A" w14:textId="77777777" w:rsidR="00BA5776" w:rsidRPr="00EC14B9" w:rsidRDefault="00BA5776" w:rsidP="00BA5776">
      <w:pPr>
        <w:spacing w:before="240" w:after="0" w:line="240" w:lineRule="auto"/>
        <w:jc w:val="both"/>
        <w:rPr>
          <w:rFonts w:ascii="Arial Narrow" w:hAnsi="Arial Narrow" w:cstheme="majorHAnsi"/>
          <w:lang w:val="es-AR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967"/>
        <w:gridCol w:w="2139"/>
        <w:gridCol w:w="2693"/>
        <w:gridCol w:w="2127"/>
      </w:tblGrid>
      <w:tr w:rsidR="00EC14B9" w:rsidRPr="00EC14B9" w14:paraId="2FB3A727" w14:textId="77777777" w:rsidTr="00EC14B9">
        <w:tc>
          <w:tcPr>
            <w:tcW w:w="1967" w:type="dxa"/>
          </w:tcPr>
          <w:p w14:paraId="6B8C48E1" w14:textId="31AFB480" w:rsidR="00EC14B9" w:rsidRPr="00EC14B9" w:rsidRDefault="00EC14B9" w:rsidP="00EC14B9">
            <w:pPr>
              <w:pStyle w:val="Ttulo2"/>
              <w:spacing w:before="240"/>
              <w:jc w:val="center"/>
              <w:rPr>
                <w:rFonts w:ascii="Arial Narrow" w:hAnsi="Arial Narrow" w:cstheme="majorHAnsi"/>
                <w:color w:val="auto"/>
                <w:sz w:val="22"/>
                <w:szCs w:val="22"/>
                <w:lang w:val="es-AR"/>
              </w:rPr>
            </w:pPr>
            <w:r w:rsidRPr="00EC14B9">
              <w:rPr>
                <w:rFonts w:ascii="Arial Narrow" w:hAnsi="Arial Narrow" w:cstheme="majorHAnsi"/>
                <w:color w:val="auto"/>
                <w:sz w:val="22"/>
                <w:szCs w:val="22"/>
                <w:lang w:val="es-AR"/>
              </w:rPr>
              <w:t>Actividades</w:t>
            </w:r>
          </w:p>
        </w:tc>
        <w:tc>
          <w:tcPr>
            <w:tcW w:w="2139" w:type="dxa"/>
          </w:tcPr>
          <w:p w14:paraId="7FD4C3C4" w14:textId="44EA4755" w:rsidR="00EC14B9" w:rsidRPr="00EC14B9" w:rsidRDefault="00EC14B9" w:rsidP="00EC14B9">
            <w:pPr>
              <w:pStyle w:val="Ttulo2"/>
              <w:spacing w:before="240"/>
              <w:jc w:val="center"/>
              <w:rPr>
                <w:rFonts w:ascii="Arial Narrow" w:hAnsi="Arial Narrow" w:cstheme="majorHAnsi"/>
                <w:color w:val="auto"/>
                <w:sz w:val="22"/>
                <w:szCs w:val="22"/>
                <w:lang w:val="es-AR"/>
              </w:rPr>
            </w:pPr>
            <w:r w:rsidRPr="00EC14B9">
              <w:rPr>
                <w:rFonts w:ascii="Arial Narrow" w:hAnsi="Arial Narrow" w:cstheme="majorHAnsi"/>
                <w:color w:val="auto"/>
                <w:sz w:val="22"/>
                <w:szCs w:val="22"/>
                <w:lang w:val="es-AR"/>
              </w:rPr>
              <w:t>Lugar/Área</w:t>
            </w:r>
          </w:p>
        </w:tc>
        <w:tc>
          <w:tcPr>
            <w:tcW w:w="2693" w:type="dxa"/>
          </w:tcPr>
          <w:p w14:paraId="5A16227A" w14:textId="13B3F4CA" w:rsidR="00EC14B9" w:rsidRPr="00EC14B9" w:rsidRDefault="00EC14B9" w:rsidP="00EC14B9">
            <w:pPr>
              <w:pStyle w:val="Ttulo2"/>
              <w:spacing w:before="240"/>
              <w:jc w:val="center"/>
              <w:rPr>
                <w:rFonts w:ascii="Arial Narrow" w:hAnsi="Arial Narrow" w:cstheme="majorHAnsi"/>
                <w:color w:val="auto"/>
                <w:sz w:val="22"/>
                <w:szCs w:val="22"/>
                <w:lang w:val="es-AR"/>
              </w:rPr>
            </w:pPr>
            <w:r w:rsidRPr="00EC14B9">
              <w:rPr>
                <w:rFonts w:ascii="Arial Narrow" w:hAnsi="Arial Narrow" w:cstheme="majorHAnsi"/>
                <w:color w:val="auto"/>
                <w:sz w:val="22"/>
                <w:szCs w:val="22"/>
                <w:lang w:val="es-AR"/>
              </w:rPr>
              <w:t>Objetivos</w:t>
            </w:r>
          </w:p>
        </w:tc>
        <w:tc>
          <w:tcPr>
            <w:tcW w:w="2127" w:type="dxa"/>
          </w:tcPr>
          <w:p w14:paraId="20F383D0" w14:textId="3CAC5782" w:rsidR="00EC14B9" w:rsidRPr="00EC14B9" w:rsidRDefault="00EC14B9" w:rsidP="00EC14B9">
            <w:pPr>
              <w:pStyle w:val="Ttulo2"/>
              <w:spacing w:before="240"/>
              <w:jc w:val="center"/>
              <w:rPr>
                <w:rFonts w:ascii="Arial Narrow" w:hAnsi="Arial Narrow" w:cstheme="majorHAnsi"/>
                <w:color w:val="auto"/>
                <w:sz w:val="22"/>
                <w:szCs w:val="22"/>
                <w:lang w:val="es-AR"/>
              </w:rPr>
            </w:pPr>
            <w:r w:rsidRPr="00EC14B9">
              <w:rPr>
                <w:rFonts w:ascii="Arial Narrow" w:hAnsi="Arial Narrow" w:cstheme="majorHAnsi"/>
                <w:color w:val="auto"/>
                <w:sz w:val="22"/>
                <w:szCs w:val="22"/>
                <w:lang w:val="es-AR"/>
              </w:rPr>
              <w:t>Plazos (días-semanas)</w:t>
            </w:r>
          </w:p>
        </w:tc>
      </w:tr>
      <w:tr w:rsidR="00EC14B9" w:rsidRPr="00EC14B9" w14:paraId="0A5296FC" w14:textId="77777777" w:rsidTr="00EC14B9">
        <w:tc>
          <w:tcPr>
            <w:tcW w:w="1967" w:type="dxa"/>
          </w:tcPr>
          <w:p w14:paraId="258C30ED" w14:textId="77777777" w:rsidR="00EC14B9" w:rsidRPr="00EC14B9" w:rsidRDefault="00EC14B9" w:rsidP="00BA5776">
            <w:pPr>
              <w:pStyle w:val="Ttulo2"/>
              <w:spacing w:before="240"/>
              <w:jc w:val="both"/>
              <w:rPr>
                <w:rFonts w:ascii="Arial Narrow" w:hAnsi="Arial Narrow" w:cstheme="majorHAnsi"/>
                <w:color w:val="auto"/>
                <w:sz w:val="22"/>
                <w:szCs w:val="22"/>
                <w:lang w:val="es-AR"/>
              </w:rPr>
            </w:pPr>
          </w:p>
          <w:p w14:paraId="1A2060D5" w14:textId="4408ED80" w:rsidR="00EC14B9" w:rsidRPr="00EC14B9" w:rsidRDefault="00EC14B9" w:rsidP="00EC14B9">
            <w:pPr>
              <w:rPr>
                <w:rFonts w:ascii="Arial Narrow" w:hAnsi="Arial Narrow"/>
                <w:lang w:val="es-AR"/>
              </w:rPr>
            </w:pPr>
          </w:p>
        </w:tc>
        <w:tc>
          <w:tcPr>
            <w:tcW w:w="2139" w:type="dxa"/>
          </w:tcPr>
          <w:p w14:paraId="672F80CD" w14:textId="77777777" w:rsidR="00EC14B9" w:rsidRPr="00EC14B9" w:rsidRDefault="00EC14B9" w:rsidP="00BA5776">
            <w:pPr>
              <w:pStyle w:val="Ttulo2"/>
              <w:spacing w:before="240"/>
              <w:jc w:val="both"/>
              <w:rPr>
                <w:rFonts w:ascii="Arial Narrow" w:hAnsi="Arial Narrow" w:cstheme="majorHAnsi"/>
                <w:color w:val="auto"/>
                <w:sz w:val="22"/>
                <w:szCs w:val="22"/>
                <w:lang w:val="es-AR"/>
              </w:rPr>
            </w:pPr>
          </w:p>
        </w:tc>
        <w:tc>
          <w:tcPr>
            <w:tcW w:w="2693" w:type="dxa"/>
          </w:tcPr>
          <w:p w14:paraId="049B6610" w14:textId="77777777" w:rsidR="00EC14B9" w:rsidRPr="00EC14B9" w:rsidRDefault="00EC14B9" w:rsidP="00BA5776">
            <w:pPr>
              <w:pStyle w:val="Ttulo2"/>
              <w:spacing w:before="240"/>
              <w:jc w:val="both"/>
              <w:rPr>
                <w:rFonts w:ascii="Arial Narrow" w:hAnsi="Arial Narrow" w:cstheme="majorHAnsi"/>
                <w:color w:val="auto"/>
                <w:sz w:val="22"/>
                <w:szCs w:val="22"/>
                <w:lang w:val="es-AR"/>
              </w:rPr>
            </w:pPr>
          </w:p>
        </w:tc>
        <w:tc>
          <w:tcPr>
            <w:tcW w:w="2127" w:type="dxa"/>
          </w:tcPr>
          <w:p w14:paraId="637F5298" w14:textId="77777777" w:rsidR="00EC14B9" w:rsidRPr="00EC14B9" w:rsidRDefault="00EC14B9" w:rsidP="00BA5776">
            <w:pPr>
              <w:pStyle w:val="Ttulo2"/>
              <w:spacing w:before="240"/>
              <w:jc w:val="both"/>
              <w:rPr>
                <w:rFonts w:ascii="Arial Narrow" w:hAnsi="Arial Narrow" w:cstheme="majorHAnsi"/>
                <w:color w:val="auto"/>
                <w:sz w:val="22"/>
                <w:szCs w:val="22"/>
                <w:lang w:val="es-AR"/>
              </w:rPr>
            </w:pPr>
          </w:p>
        </w:tc>
      </w:tr>
    </w:tbl>
    <w:p w14:paraId="32BE7486" w14:textId="77777777" w:rsidR="00EC14B9" w:rsidRPr="00EC14B9" w:rsidRDefault="00EC14B9" w:rsidP="00BA5776">
      <w:pPr>
        <w:pStyle w:val="Ttulo2"/>
        <w:spacing w:before="240" w:line="240" w:lineRule="auto"/>
        <w:jc w:val="both"/>
        <w:rPr>
          <w:rFonts w:ascii="Arial Narrow" w:hAnsi="Arial Narrow" w:cstheme="majorHAnsi"/>
          <w:color w:val="auto"/>
          <w:sz w:val="22"/>
          <w:szCs w:val="22"/>
          <w:lang w:val="es-AR"/>
        </w:rPr>
      </w:pPr>
    </w:p>
    <w:p w14:paraId="3D874C6C" w14:textId="3194C10A" w:rsidR="00641C92" w:rsidRPr="00EC14B9" w:rsidRDefault="00B45A63" w:rsidP="00BA5776">
      <w:pPr>
        <w:pStyle w:val="Ttulo2"/>
        <w:spacing w:before="240" w:line="240" w:lineRule="auto"/>
        <w:jc w:val="both"/>
        <w:rPr>
          <w:rFonts w:ascii="Arial Narrow" w:hAnsi="Arial Narrow" w:cstheme="majorHAnsi"/>
          <w:color w:val="auto"/>
          <w:sz w:val="22"/>
          <w:szCs w:val="22"/>
          <w:lang w:val="es-AR"/>
        </w:rPr>
      </w:pPr>
      <w:r w:rsidRPr="00EC14B9">
        <w:rPr>
          <w:rFonts w:ascii="Arial Narrow" w:hAnsi="Arial Narrow" w:cstheme="majorHAnsi"/>
          <w:color w:val="auto"/>
          <w:sz w:val="22"/>
          <w:szCs w:val="22"/>
          <w:lang w:val="es-AR"/>
        </w:rPr>
        <w:t xml:space="preserve">6. Propuesta de aplicación posterior en la </w:t>
      </w:r>
      <w:proofErr w:type="spellStart"/>
      <w:r w:rsidRPr="00EC14B9">
        <w:rPr>
          <w:rFonts w:ascii="Arial Narrow" w:hAnsi="Arial Narrow" w:cstheme="majorHAnsi"/>
          <w:color w:val="auto"/>
          <w:sz w:val="22"/>
          <w:szCs w:val="22"/>
          <w:lang w:val="es-AR"/>
        </w:rPr>
        <w:t>FHyCS</w:t>
      </w:r>
      <w:proofErr w:type="spellEnd"/>
      <w:r w:rsidR="005327BE" w:rsidRPr="00EC14B9">
        <w:rPr>
          <w:rFonts w:ascii="Arial Narrow" w:hAnsi="Arial Narrow" w:cstheme="majorHAnsi"/>
          <w:color w:val="auto"/>
          <w:sz w:val="22"/>
          <w:szCs w:val="22"/>
          <w:lang w:val="es-AR"/>
        </w:rPr>
        <w:t xml:space="preserve"> </w:t>
      </w:r>
    </w:p>
    <w:p w14:paraId="0A8B9963" w14:textId="59BA7208" w:rsidR="00641C92" w:rsidRPr="00EC14B9" w:rsidRDefault="00B45A63" w:rsidP="00BA5776">
      <w:pPr>
        <w:spacing w:before="240" w:after="0" w:line="240" w:lineRule="auto"/>
        <w:jc w:val="both"/>
        <w:rPr>
          <w:rFonts w:ascii="Arial Narrow" w:hAnsi="Arial Narrow" w:cstheme="majorHAnsi"/>
          <w:lang w:val="es-AR"/>
        </w:rPr>
      </w:pPr>
      <w:r w:rsidRPr="00EC14B9">
        <w:rPr>
          <w:rFonts w:ascii="Arial Narrow" w:hAnsi="Arial Narrow" w:cstheme="majorHAnsi"/>
          <w:lang w:val="es-AR"/>
        </w:rPr>
        <w:t xml:space="preserve">(Indicar de qué manera se aplicarán los conocimientos y contactos obtenidos en la movilidad en docencia, extensión, investigación y/o gestión </w:t>
      </w:r>
      <w:r w:rsidR="00FB04DC" w:rsidRPr="00EC14B9">
        <w:rPr>
          <w:rFonts w:ascii="Arial Narrow" w:hAnsi="Arial Narrow" w:cstheme="majorHAnsi"/>
          <w:lang w:val="es-AR"/>
        </w:rPr>
        <w:t xml:space="preserve">administrativa </w:t>
      </w:r>
      <w:r w:rsidRPr="00EC14B9">
        <w:rPr>
          <w:rFonts w:ascii="Arial Narrow" w:hAnsi="Arial Narrow" w:cstheme="majorHAnsi"/>
          <w:lang w:val="es-AR"/>
        </w:rPr>
        <w:t>institucional</w:t>
      </w:r>
      <w:r w:rsidR="00043C51" w:rsidRPr="00EC14B9">
        <w:rPr>
          <w:rFonts w:ascii="Arial Narrow" w:hAnsi="Arial Narrow" w:cstheme="majorHAnsi"/>
          <w:lang w:val="es-AR"/>
        </w:rPr>
        <w:t xml:space="preserve">. Hasta </w:t>
      </w:r>
      <w:r w:rsidR="006725D1">
        <w:rPr>
          <w:rFonts w:ascii="Arial Narrow" w:hAnsi="Arial Narrow" w:cstheme="majorHAnsi"/>
          <w:lang w:val="es-AR"/>
        </w:rPr>
        <w:t>1</w:t>
      </w:r>
      <w:r w:rsidR="00C6015F" w:rsidRPr="00EC14B9">
        <w:rPr>
          <w:rFonts w:ascii="Arial Narrow" w:hAnsi="Arial Narrow" w:cstheme="majorHAnsi"/>
          <w:lang w:val="es-AR"/>
        </w:rPr>
        <w:t>.</w:t>
      </w:r>
      <w:r w:rsidR="00043C51" w:rsidRPr="00EC14B9">
        <w:rPr>
          <w:rFonts w:ascii="Arial Narrow" w:hAnsi="Arial Narrow" w:cstheme="majorHAnsi"/>
          <w:lang w:val="es-AR"/>
        </w:rPr>
        <w:t>000 palabras.</w:t>
      </w:r>
      <w:r w:rsidRPr="00EC14B9">
        <w:rPr>
          <w:rFonts w:ascii="Arial Narrow" w:hAnsi="Arial Narrow" w:cstheme="majorHAnsi"/>
          <w:lang w:val="es-AR"/>
        </w:rPr>
        <w:t>)</w:t>
      </w:r>
    </w:p>
    <w:p w14:paraId="74FB7C72" w14:textId="5CF740E9" w:rsidR="00BA5776" w:rsidRPr="00EC14B9" w:rsidRDefault="00BA5776" w:rsidP="00BA5776">
      <w:pPr>
        <w:spacing w:before="240" w:after="0" w:line="240" w:lineRule="auto"/>
        <w:jc w:val="both"/>
        <w:rPr>
          <w:rFonts w:ascii="Arial Narrow" w:hAnsi="Arial Narrow" w:cstheme="majorHAnsi"/>
          <w:lang w:val="es-AR"/>
        </w:rPr>
      </w:pPr>
      <w:r w:rsidRPr="00EC14B9">
        <w:rPr>
          <w:rFonts w:ascii="Arial Narrow" w:hAnsi="Arial Narrow" w:cstheme="majorHAnsi"/>
          <w:lang w:val="es-AR"/>
        </w:rPr>
        <w:t>COMPLETAR AQUÍ.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967"/>
        <w:gridCol w:w="2139"/>
        <w:gridCol w:w="2693"/>
        <w:gridCol w:w="2127"/>
      </w:tblGrid>
      <w:tr w:rsidR="00EC14B9" w:rsidRPr="00EC14B9" w14:paraId="42184EC1" w14:textId="77777777" w:rsidTr="001E2836">
        <w:tc>
          <w:tcPr>
            <w:tcW w:w="1967" w:type="dxa"/>
          </w:tcPr>
          <w:p w14:paraId="5B15592A" w14:textId="77777777" w:rsidR="00EC14B9" w:rsidRPr="00EC14B9" w:rsidRDefault="00EC14B9" w:rsidP="001E2836">
            <w:pPr>
              <w:pStyle w:val="Ttulo2"/>
              <w:spacing w:before="240"/>
              <w:jc w:val="center"/>
              <w:rPr>
                <w:rFonts w:ascii="Arial Narrow" w:hAnsi="Arial Narrow" w:cstheme="majorHAnsi"/>
                <w:color w:val="auto"/>
                <w:sz w:val="22"/>
                <w:szCs w:val="22"/>
                <w:lang w:val="es-AR"/>
              </w:rPr>
            </w:pPr>
            <w:r w:rsidRPr="00EC14B9">
              <w:rPr>
                <w:rFonts w:ascii="Arial Narrow" w:hAnsi="Arial Narrow" w:cstheme="majorHAnsi"/>
                <w:color w:val="auto"/>
                <w:sz w:val="22"/>
                <w:szCs w:val="22"/>
                <w:lang w:val="es-AR"/>
              </w:rPr>
              <w:t>Actividades</w:t>
            </w:r>
          </w:p>
        </w:tc>
        <w:tc>
          <w:tcPr>
            <w:tcW w:w="2139" w:type="dxa"/>
          </w:tcPr>
          <w:p w14:paraId="5D0A94EB" w14:textId="77777777" w:rsidR="00EC14B9" w:rsidRPr="00EC14B9" w:rsidRDefault="00EC14B9" w:rsidP="001E2836">
            <w:pPr>
              <w:pStyle w:val="Ttulo2"/>
              <w:spacing w:before="240"/>
              <w:jc w:val="center"/>
              <w:rPr>
                <w:rFonts w:ascii="Arial Narrow" w:hAnsi="Arial Narrow" w:cstheme="majorHAnsi"/>
                <w:color w:val="auto"/>
                <w:sz w:val="22"/>
                <w:szCs w:val="22"/>
                <w:lang w:val="es-AR"/>
              </w:rPr>
            </w:pPr>
            <w:r w:rsidRPr="00EC14B9">
              <w:rPr>
                <w:rFonts w:ascii="Arial Narrow" w:hAnsi="Arial Narrow" w:cstheme="majorHAnsi"/>
                <w:color w:val="auto"/>
                <w:sz w:val="22"/>
                <w:szCs w:val="22"/>
                <w:lang w:val="es-AR"/>
              </w:rPr>
              <w:t>Lugar/Área</w:t>
            </w:r>
          </w:p>
        </w:tc>
        <w:tc>
          <w:tcPr>
            <w:tcW w:w="2693" w:type="dxa"/>
          </w:tcPr>
          <w:p w14:paraId="79FFF474" w14:textId="77777777" w:rsidR="00EC14B9" w:rsidRPr="00EC14B9" w:rsidRDefault="00EC14B9" w:rsidP="001E2836">
            <w:pPr>
              <w:pStyle w:val="Ttulo2"/>
              <w:spacing w:before="240"/>
              <w:jc w:val="center"/>
              <w:rPr>
                <w:rFonts w:ascii="Arial Narrow" w:hAnsi="Arial Narrow" w:cstheme="majorHAnsi"/>
                <w:color w:val="auto"/>
                <w:sz w:val="22"/>
                <w:szCs w:val="22"/>
                <w:lang w:val="es-AR"/>
              </w:rPr>
            </w:pPr>
            <w:r w:rsidRPr="00EC14B9">
              <w:rPr>
                <w:rFonts w:ascii="Arial Narrow" w:hAnsi="Arial Narrow" w:cstheme="majorHAnsi"/>
                <w:color w:val="auto"/>
                <w:sz w:val="22"/>
                <w:szCs w:val="22"/>
                <w:lang w:val="es-AR"/>
              </w:rPr>
              <w:t>Objetivos</w:t>
            </w:r>
          </w:p>
        </w:tc>
        <w:tc>
          <w:tcPr>
            <w:tcW w:w="2127" w:type="dxa"/>
          </w:tcPr>
          <w:p w14:paraId="6B51F45C" w14:textId="77777777" w:rsidR="00EC14B9" w:rsidRPr="00EC14B9" w:rsidRDefault="00EC14B9" w:rsidP="001E2836">
            <w:pPr>
              <w:pStyle w:val="Ttulo2"/>
              <w:spacing w:before="240"/>
              <w:jc w:val="center"/>
              <w:rPr>
                <w:rFonts w:ascii="Arial Narrow" w:hAnsi="Arial Narrow" w:cstheme="majorHAnsi"/>
                <w:color w:val="auto"/>
                <w:sz w:val="22"/>
                <w:szCs w:val="22"/>
                <w:lang w:val="es-AR"/>
              </w:rPr>
            </w:pPr>
            <w:r w:rsidRPr="00EC14B9">
              <w:rPr>
                <w:rFonts w:ascii="Arial Narrow" w:hAnsi="Arial Narrow" w:cstheme="majorHAnsi"/>
                <w:color w:val="auto"/>
                <w:sz w:val="22"/>
                <w:szCs w:val="22"/>
                <w:lang w:val="es-AR"/>
              </w:rPr>
              <w:t>Plazos (días-semanas)</w:t>
            </w:r>
          </w:p>
        </w:tc>
      </w:tr>
      <w:tr w:rsidR="00EC14B9" w:rsidRPr="00EC14B9" w14:paraId="23481C0C" w14:textId="77777777" w:rsidTr="001E2836">
        <w:tc>
          <w:tcPr>
            <w:tcW w:w="1967" w:type="dxa"/>
          </w:tcPr>
          <w:p w14:paraId="39921A28" w14:textId="77777777" w:rsidR="00EC14B9" w:rsidRPr="00EC14B9" w:rsidRDefault="00EC14B9" w:rsidP="001E2836">
            <w:pPr>
              <w:pStyle w:val="Ttulo2"/>
              <w:spacing w:before="240"/>
              <w:jc w:val="both"/>
              <w:rPr>
                <w:rFonts w:ascii="Arial Narrow" w:hAnsi="Arial Narrow" w:cstheme="majorHAnsi"/>
                <w:color w:val="auto"/>
                <w:sz w:val="22"/>
                <w:szCs w:val="22"/>
                <w:lang w:val="es-AR"/>
              </w:rPr>
            </w:pPr>
          </w:p>
        </w:tc>
        <w:tc>
          <w:tcPr>
            <w:tcW w:w="2139" w:type="dxa"/>
          </w:tcPr>
          <w:p w14:paraId="3502346B" w14:textId="77777777" w:rsidR="00EC14B9" w:rsidRPr="00EC14B9" w:rsidRDefault="00EC14B9" w:rsidP="001E2836">
            <w:pPr>
              <w:pStyle w:val="Ttulo2"/>
              <w:spacing w:before="240"/>
              <w:jc w:val="both"/>
              <w:rPr>
                <w:rFonts w:ascii="Arial Narrow" w:hAnsi="Arial Narrow" w:cstheme="majorHAnsi"/>
                <w:color w:val="auto"/>
                <w:sz w:val="22"/>
                <w:szCs w:val="22"/>
                <w:lang w:val="es-AR"/>
              </w:rPr>
            </w:pPr>
          </w:p>
        </w:tc>
        <w:tc>
          <w:tcPr>
            <w:tcW w:w="2693" w:type="dxa"/>
          </w:tcPr>
          <w:p w14:paraId="30A1B614" w14:textId="77777777" w:rsidR="00EC14B9" w:rsidRPr="00EC14B9" w:rsidRDefault="00EC14B9" w:rsidP="001E2836">
            <w:pPr>
              <w:pStyle w:val="Ttulo2"/>
              <w:spacing w:before="240"/>
              <w:jc w:val="both"/>
              <w:rPr>
                <w:rFonts w:ascii="Arial Narrow" w:hAnsi="Arial Narrow" w:cstheme="majorHAnsi"/>
                <w:color w:val="auto"/>
                <w:sz w:val="22"/>
                <w:szCs w:val="22"/>
                <w:lang w:val="es-AR"/>
              </w:rPr>
            </w:pPr>
          </w:p>
        </w:tc>
        <w:tc>
          <w:tcPr>
            <w:tcW w:w="2127" w:type="dxa"/>
          </w:tcPr>
          <w:p w14:paraId="46D2E280" w14:textId="77777777" w:rsidR="00EC14B9" w:rsidRPr="00EC14B9" w:rsidRDefault="00EC14B9" w:rsidP="001E2836">
            <w:pPr>
              <w:pStyle w:val="Ttulo2"/>
              <w:spacing w:before="240"/>
              <w:jc w:val="both"/>
              <w:rPr>
                <w:rFonts w:ascii="Arial Narrow" w:hAnsi="Arial Narrow" w:cstheme="majorHAnsi"/>
                <w:color w:val="auto"/>
                <w:sz w:val="22"/>
                <w:szCs w:val="22"/>
                <w:lang w:val="es-AR"/>
              </w:rPr>
            </w:pPr>
          </w:p>
        </w:tc>
      </w:tr>
    </w:tbl>
    <w:p w14:paraId="28882FC0" w14:textId="68757E1E" w:rsidR="00641C92" w:rsidRPr="00EC14B9" w:rsidRDefault="00B45A63" w:rsidP="00BA5776">
      <w:pPr>
        <w:pStyle w:val="Ttulo2"/>
        <w:spacing w:before="240" w:line="240" w:lineRule="auto"/>
        <w:jc w:val="both"/>
        <w:rPr>
          <w:rFonts w:ascii="Arial Narrow" w:hAnsi="Arial Narrow" w:cstheme="majorHAnsi"/>
          <w:color w:val="auto"/>
          <w:sz w:val="22"/>
          <w:szCs w:val="22"/>
          <w:lang w:val="es-AR"/>
        </w:rPr>
      </w:pPr>
      <w:r w:rsidRPr="00EC14B9">
        <w:rPr>
          <w:rFonts w:ascii="Arial Narrow" w:hAnsi="Arial Narrow" w:cstheme="majorHAnsi"/>
          <w:color w:val="auto"/>
          <w:sz w:val="22"/>
          <w:szCs w:val="22"/>
          <w:lang w:val="es-AR"/>
        </w:rPr>
        <w:t>7. Carta de invitación de la institución extranjera</w:t>
      </w:r>
      <w:r w:rsidR="005327BE" w:rsidRPr="00EC14B9">
        <w:rPr>
          <w:rFonts w:ascii="Arial Narrow" w:hAnsi="Arial Narrow" w:cstheme="majorHAnsi"/>
          <w:color w:val="auto"/>
          <w:sz w:val="22"/>
          <w:szCs w:val="22"/>
          <w:lang w:val="es-AR"/>
        </w:rPr>
        <w:t xml:space="preserve"> </w:t>
      </w:r>
      <w:r w:rsidR="005327BE" w:rsidRPr="00EC14B9">
        <w:rPr>
          <w:rFonts w:ascii="Segoe UI Symbol" w:eastAsiaTheme="minorEastAsia" w:hAnsi="Segoe UI Symbol" w:cs="Segoe UI Symbol"/>
          <w:b w:val="0"/>
          <w:bCs w:val="0"/>
          <w:color w:val="auto"/>
          <w:sz w:val="22"/>
          <w:szCs w:val="22"/>
          <w:lang w:val="es-AR"/>
        </w:rPr>
        <w:t>☐</w:t>
      </w:r>
    </w:p>
    <w:p w14:paraId="0B9CA8DA" w14:textId="26EB81FA" w:rsidR="00641C92" w:rsidRPr="00EC14B9" w:rsidRDefault="00B45A63" w:rsidP="00BA5776">
      <w:pPr>
        <w:spacing w:before="240" w:after="0" w:line="240" w:lineRule="auto"/>
        <w:jc w:val="both"/>
        <w:rPr>
          <w:rFonts w:ascii="Arial Narrow" w:hAnsi="Arial Narrow" w:cstheme="majorHAnsi"/>
          <w:lang w:val="es-AR"/>
        </w:rPr>
      </w:pPr>
      <w:r w:rsidRPr="00EC14B9">
        <w:rPr>
          <w:rFonts w:ascii="Arial Narrow" w:hAnsi="Arial Narrow" w:cstheme="majorHAnsi"/>
          <w:lang w:val="es-AR"/>
        </w:rPr>
        <w:t>(Adjuntar copia escaneada o PDF</w:t>
      </w:r>
      <w:r w:rsidR="00043C51" w:rsidRPr="00EC14B9">
        <w:rPr>
          <w:rFonts w:ascii="Arial Narrow" w:hAnsi="Arial Narrow" w:cstheme="majorHAnsi"/>
          <w:lang w:val="es-AR"/>
        </w:rPr>
        <w:t>.</w:t>
      </w:r>
      <w:r w:rsidRPr="00EC14B9">
        <w:rPr>
          <w:rFonts w:ascii="Arial Narrow" w:hAnsi="Arial Narrow" w:cstheme="majorHAnsi"/>
          <w:lang w:val="es-AR"/>
        </w:rPr>
        <w:t>)</w:t>
      </w:r>
    </w:p>
    <w:p w14:paraId="14066D58" w14:textId="4ACE67AC" w:rsidR="00641C92" w:rsidRPr="00EC14B9" w:rsidRDefault="00B45A63" w:rsidP="00BA5776">
      <w:pPr>
        <w:pStyle w:val="Ttulo2"/>
        <w:spacing w:before="240" w:line="240" w:lineRule="auto"/>
        <w:jc w:val="both"/>
        <w:rPr>
          <w:rFonts w:ascii="Arial Narrow" w:hAnsi="Arial Narrow" w:cstheme="majorHAnsi"/>
          <w:color w:val="auto"/>
          <w:sz w:val="22"/>
          <w:szCs w:val="22"/>
          <w:lang w:val="es-AR"/>
        </w:rPr>
      </w:pPr>
      <w:r w:rsidRPr="00EC14B9">
        <w:rPr>
          <w:rFonts w:ascii="Arial Narrow" w:hAnsi="Arial Narrow" w:cstheme="majorHAnsi"/>
          <w:color w:val="auto"/>
          <w:sz w:val="22"/>
          <w:szCs w:val="22"/>
          <w:lang w:val="es-AR"/>
        </w:rPr>
        <w:t>8. Aval del Departamento, Dirección o Coordinación correspondiente</w:t>
      </w:r>
      <w:r w:rsidR="005327BE" w:rsidRPr="00EC14B9">
        <w:rPr>
          <w:rFonts w:ascii="Arial Narrow" w:hAnsi="Arial Narrow" w:cstheme="majorHAnsi"/>
          <w:color w:val="auto"/>
          <w:sz w:val="22"/>
          <w:szCs w:val="22"/>
          <w:lang w:val="es-AR"/>
        </w:rPr>
        <w:t xml:space="preserve"> </w:t>
      </w:r>
      <w:r w:rsidR="005327BE" w:rsidRPr="00EC14B9">
        <w:rPr>
          <w:rFonts w:ascii="Segoe UI Symbol" w:eastAsiaTheme="minorEastAsia" w:hAnsi="Segoe UI Symbol" w:cs="Segoe UI Symbol"/>
          <w:b w:val="0"/>
          <w:bCs w:val="0"/>
          <w:color w:val="auto"/>
          <w:sz w:val="22"/>
          <w:szCs w:val="22"/>
          <w:lang w:val="es-AR"/>
        </w:rPr>
        <w:t>☐</w:t>
      </w:r>
    </w:p>
    <w:p w14:paraId="250A48DE" w14:textId="33E60B45" w:rsidR="00A14352" w:rsidRPr="00EC14B9" w:rsidRDefault="00B45A63" w:rsidP="00BA5776">
      <w:pPr>
        <w:spacing w:before="240" w:after="0" w:line="240" w:lineRule="auto"/>
        <w:jc w:val="both"/>
        <w:rPr>
          <w:rFonts w:ascii="Arial Narrow" w:hAnsi="Arial Narrow" w:cstheme="majorHAnsi"/>
          <w:lang w:val="es-AR"/>
        </w:rPr>
      </w:pPr>
      <w:r w:rsidRPr="00EC14B9">
        <w:rPr>
          <w:rFonts w:ascii="Arial Narrow" w:hAnsi="Arial Narrow" w:cstheme="majorHAnsi"/>
          <w:lang w:val="es-AR"/>
        </w:rPr>
        <w:t>(Adjuntar copia escaneada o PDF con firma y sello</w:t>
      </w:r>
      <w:r w:rsidR="00043C51" w:rsidRPr="00EC14B9">
        <w:rPr>
          <w:rFonts w:ascii="Arial Narrow" w:hAnsi="Arial Narrow" w:cstheme="majorHAnsi"/>
          <w:lang w:val="es-AR"/>
        </w:rPr>
        <w:t>.</w:t>
      </w:r>
      <w:r w:rsidRPr="00EC14B9">
        <w:rPr>
          <w:rFonts w:ascii="Arial Narrow" w:hAnsi="Arial Narrow" w:cstheme="majorHAnsi"/>
          <w:lang w:val="es-AR"/>
        </w:rPr>
        <w:t>)</w:t>
      </w:r>
    </w:p>
    <w:p w14:paraId="1576F631" w14:textId="2C263360" w:rsidR="00641C92" w:rsidRPr="00EC14B9" w:rsidRDefault="00B45A63" w:rsidP="00BA5776">
      <w:pPr>
        <w:spacing w:before="240" w:after="0" w:line="240" w:lineRule="auto"/>
        <w:jc w:val="both"/>
        <w:rPr>
          <w:rFonts w:ascii="Arial Narrow" w:eastAsiaTheme="majorEastAsia" w:hAnsi="Arial Narrow" w:cstheme="majorHAnsi"/>
          <w:b/>
          <w:bCs/>
          <w:lang w:val="es-AR"/>
        </w:rPr>
      </w:pPr>
      <w:r w:rsidRPr="00EC14B9">
        <w:rPr>
          <w:rFonts w:ascii="Arial Narrow" w:eastAsiaTheme="majorEastAsia" w:hAnsi="Arial Narrow" w:cstheme="majorHAnsi"/>
          <w:b/>
          <w:bCs/>
          <w:lang w:val="es-AR"/>
        </w:rPr>
        <w:t xml:space="preserve">9. </w:t>
      </w:r>
      <w:r w:rsidR="00B41E7A" w:rsidRPr="00EC14B9">
        <w:rPr>
          <w:rFonts w:ascii="Arial Narrow" w:eastAsiaTheme="majorEastAsia" w:hAnsi="Arial Narrow" w:cstheme="majorHAnsi"/>
          <w:b/>
          <w:bCs/>
          <w:lang w:val="es-AR"/>
        </w:rPr>
        <w:t>Pasaporte</w:t>
      </w:r>
      <w:r w:rsidR="005327BE" w:rsidRPr="00EC14B9">
        <w:rPr>
          <w:rFonts w:ascii="Arial Narrow" w:eastAsiaTheme="majorEastAsia" w:hAnsi="Arial Narrow" w:cstheme="majorHAnsi"/>
          <w:b/>
          <w:bCs/>
          <w:lang w:val="es-AR"/>
        </w:rPr>
        <w:t xml:space="preserve"> </w:t>
      </w:r>
      <w:r w:rsidR="005327BE" w:rsidRPr="00EC14B9">
        <w:rPr>
          <w:rFonts w:ascii="Segoe UI Symbol" w:hAnsi="Segoe UI Symbol" w:cs="Segoe UI Symbol"/>
          <w:b/>
          <w:bCs/>
          <w:lang w:val="es-AR"/>
        </w:rPr>
        <w:t>☐</w:t>
      </w:r>
    </w:p>
    <w:p w14:paraId="13145461" w14:textId="1B4B196E" w:rsidR="00B41E7A" w:rsidRPr="00EC14B9" w:rsidRDefault="00B41E7A" w:rsidP="00BA5776">
      <w:pPr>
        <w:spacing w:before="240" w:after="0" w:line="240" w:lineRule="auto"/>
        <w:jc w:val="both"/>
        <w:rPr>
          <w:rFonts w:ascii="Arial Narrow" w:hAnsi="Arial Narrow" w:cstheme="majorHAnsi"/>
          <w:lang w:val="es-AR"/>
        </w:rPr>
      </w:pPr>
      <w:r w:rsidRPr="00EC14B9">
        <w:rPr>
          <w:rFonts w:ascii="Arial Narrow" w:hAnsi="Arial Narrow" w:cstheme="majorHAnsi"/>
          <w:lang w:val="es-AR"/>
        </w:rPr>
        <w:t>(Adjuntar copia escaneada o PDF de pasaporte vigente</w:t>
      </w:r>
      <w:r w:rsidR="00043C51" w:rsidRPr="00EC14B9">
        <w:rPr>
          <w:rFonts w:ascii="Arial Narrow" w:hAnsi="Arial Narrow" w:cstheme="majorHAnsi"/>
          <w:lang w:val="es-AR"/>
        </w:rPr>
        <w:t>.</w:t>
      </w:r>
      <w:r w:rsidRPr="00EC14B9">
        <w:rPr>
          <w:rFonts w:ascii="Arial Narrow" w:hAnsi="Arial Narrow" w:cstheme="majorHAnsi"/>
          <w:lang w:val="es-AR"/>
        </w:rPr>
        <w:t>)</w:t>
      </w:r>
    </w:p>
    <w:p w14:paraId="00C4FB4D" w14:textId="77777777" w:rsidR="00B41E7A" w:rsidRPr="00EC14B9" w:rsidRDefault="00B41E7A" w:rsidP="00BA5776">
      <w:pPr>
        <w:spacing w:before="240" w:after="0" w:line="240" w:lineRule="auto"/>
        <w:jc w:val="both"/>
        <w:rPr>
          <w:rFonts w:ascii="Arial Narrow" w:hAnsi="Arial Narrow" w:cstheme="majorHAnsi"/>
          <w:lang w:val="es-AR"/>
        </w:rPr>
      </w:pPr>
    </w:p>
    <w:p w14:paraId="5DA23EA1" w14:textId="2742F335" w:rsidR="00BA5776" w:rsidRPr="00EC14B9" w:rsidRDefault="00EC14B9" w:rsidP="00EC14B9">
      <w:pPr>
        <w:spacing w:after="0" w:line="240" w:lineRule="auto"/>
        <w:jc w:val="both"/>
        <w:rPr>
          <w:rFonts w:ascii="Arial Narrow" w:hAnsi="Arial Narrow" w:cstheme="majorHAnsi"/>
          <w:lang w:val="es-AR"/>
        </w:rPr>
      </w:pPr>
      <w:r w:rsidRPr="00EC14B9">
        <w:rPr>
          <w:rFonts w:ascii="Arial Narrow" w:hAnsi="Arial Narrow" w:cstheme="majorHAnsi"/>
          <w:lang w:val="es-AR"/>
        </w:rPr>
        <w:t>*</w:t>
      </w:r>
      <w:r w:rsidR="00B45A63" w:rsidRPr="00EC14B9">
        <w:rPr>
          <w:rFonts w:ascii="Arial Narrow" w:hAnsi="Arial Narrow" w:cstheme="majorHAnsi"/>
          <w:lang w:val="es-AR"/>
        </w:rPr>
        <w:t xml:space="preserve">Declaro bajo juramento que, en caso de ser seleccionado/a, podré realizar la movilidad internacional durante el </w:t>
      </w:r>
      <w:r w:rsidR="00B41E7A" w:rsidRPr="00EC14B9">
        <w:rPr>
          <w:rFonts w:ascii="Arial Narrow" w:hAnsi="Arial Narrow" w:cstheme="majorHAnsi"/>
          <w:lang w:val="es-AR"/>
        </w:rPr>
        <w:t>plazo declarado</w:t>
      </w:r>
      <w:r w:rsidR="005327BE" w:rsidRPr="00EC14B9">
        <w:rPr>
          <w:rFonts w:ascii="Arial Narrow" w:hAnsi="Arial Narrow" w:cstheme="majorHAnsi"/>
          <w:lang w:val="es-AR"/>
        </w:rPr>
        <w:t xml:space="preserve"> </w:t>
      </w:r>
      <w:r w:rsidR="00B41E7A" w:rsidRPr="00EC14B9">
        <w:rPr>
          <w:rFonts w:ascii="Arial Narrow" w:hAnsi="Arial Narrow" w:cstheme="majorHAnsi"/>
          <w:lang w:val="es-AR"/>
        </w:rPr>
        <w:t xml:space="preserve">en </w:t>
      </w:r>
      <w:r w:rsidR="00B45A63" w:rsidRPr="00EC14B9">
        <w:rPr>
          <w:rFonts w:ascii="Arial Narrow" w:hAnsi="Arial Narrow" w:cstheme="majorHAnsi"/>
          <w:lang w:val="es-AR"/>
        </w:rPr>
        <w:t>2026</w:t>
      </w:r>
      <w:r w:rsidR="00BA5776" w:rsidRPr="00EC14B9">
        <w:rPr>
          <w:rFonts w:ascii="Arial Narrow" w:hAnsi="Arial Narrow" w:cstheme="majorHAnsi"/>
          <w:lang w:val="es-AR"/>
        </w:rPr>
        <w:t xml:space="preserve">. </w:t>
      </w:r>
    </w:p>
    <w:p w14:paraId="13DAC9DD" w14:textId="77777777" w:rsidR="00EC14B9" w:rsidRPr="00EC14B9" w:rsidRDefault="00EC14B9" w:rsidP="00EC14B9">
      <w:pPr>
        <w:spacing w:after="0" w:line="240" w:lineRule="auto"/>
        <w:jc w:val="both"/>
        <w:rPr>
          <w:rFonts w:ascii="Arial Narrow" w:hAnsi="Arial Narrow" w:cstheme="majorHAnsi"/>
          <w:lang w:val="es-AR"/>
        </w:rPr>
      </w:pPr>
    </w:p>
    <w:p w14:paraId="5AF95469" w14:textId="77777777" w:rsidR="00EC14B9" w:rsidRPr="00EC14B9" w:rsidRDefault="00EC14B9" w:rsidP="00EC14B9">
      <w:pPr>
        <w:spacing w:after="0" w:line="240" w:lineRule="auto"/>
        <w:jc w:val="both"/>
        <w:rPr>
          <w:rFonts w:ascii="Arial Narrow" w:hAnsi="Arial Narrow" w:cstheme="majorHAnsi"/>
          <w:lang w:val="es-AR"/>
        </w:rPr>
      </w:pPr>
    </w:p>
    <w:p w14:paraId="0FCF7F02" w14:textId="2A28150A" w:rsidR="00641C92" w:rsidRPr="00EC14B9" w:rsidRDefault="00EC14B9" w:rsidP="00EC14B9">
      <w:pPr>
        <w:spacing w:after="0" w:line="240" w:lineRule="auto"/>
        <w:jc w:val="both"/>
        <w:rPr>
          <w:rFonts w:ascii="Arial Narrow" w:hAnsi="Arial Narrow" w:cstheme="majorHAnsi"/>
          <w:lang w:val="es-AR"/>
        </w:rPr>
      </w:pPr>
      <w:r w:rsidRPr="00EC14B9">
        <w:rPr>
          <w:rFonts w:ascii="Arial Narrow" w:hAnsi="Arial Narrow" w:cstheme="majorHAnsi"/>
          <w:lang w:val="es-AR"/>
        </w:rPr>
        <w:t>*</w:t>
      </w:r>
      <w:r w:rsidR="00BA5776" w:rsidRPr="00EC14B9">
        <w:rPr>
          <w:rFonts w:ascii="Arial Narrow" w:hAnsi="Arial Narrow" w:cstheme="majorHAnsi"/>
          <w:lang w:val="es-AR"/>
        </w:rPr>
        <w:t xml:space="preserve">Asimismo, presentaré el acta compromiso firmado cuando se publiquen </w:t>
      </w:r>
      <w:r w:rsidRPr="00EC14B9">
        <w:rPr>
          <w:rFonts w:ascii="Arial Narrow" w:hAnsi="Arial Narrow" w:cstheme="majorHAnsi"/>
          <w:lang w:val="es-AR"/>
        </w:rPr>
        <w:t>los resultados</w:t>
      </w:r>
      <w:r w:rsidR="00BA5776" w:rsidRPr="00EC14B9">
        <w:rPr>
          <w:rFonts w:ascii="Arial Narrow" w:hAnsi="Arial Narrow" w:cstheme="majorHAnsi"/>
          <w:lang w:val="es-AR"/>
        </w:rPr>
        <w:t xml:space="preserve"> en caso de quedar seleccionado/a</w:t>
      </w:r>
      <w:r w:rsidR="00B45A63" w:rsidRPr="00EC14B9">
        <w:rPr>
          <w:rFonts w:ascii="Arial Narrow" w:hAnsi="Arial Narrow" w:cstheme="majorHAnsi"/>
          <w:lang w:val="es-AR"/>
        </w:rPr>
        <w:t>.</w:t>
      </w:r>
    </w:p>
    <w:p w14:paraId="028A01AF" w14:textId="7C90371C" w:rsidR="00A14352" w:rsidRDefault="00A14352" w:rsidP="00BA5776">
      <w:pPr>
        <w:spacing w:before="240" w:after="0" w:line="240" w:lineRule="auto"/>
        <w:jc w:val="both"/>
        <w:rPr>
          <w:rFonts w:ascii="Arial Narrow" w:hAnsi="Arial Narrow" w:cstheme="majorHAnsi"/>
          <w:lang w:val="es-AR"/>
        </w:rPr>
      </w:pPr>
    </w:p>
    <w:p w14:paraId="439F3577" w14:textId="77777777" w:rsidR="00EC14B9" w:rsidRPr="00EC14B9" w:rsidRDefault="00EC14B9" w:rsidP="00BA5776">
      <w:pPr>
        <w:spacing w:before="240" w:after="0" w:line="240" w:lineRule="auto"/>
        <w:jc w:val="both"/>
        <w:rPr>
          <w:rFonts w:ascii="Arial Narrow" w:hAnsi="Arial Narrow" w:cstheme="majorHAnsi"/>
          <w:lang w:val="es-AR"/>
        </w:rPr>
      </w:pPr>
    </w:p>
    <w:p w14:paraId="5D92DC40" w14:textId="77777777" w:rsidR="00A14352" w:rsidRPr="00EC14B9" w:rsidRDefault="00A14352" w:rsidP="00BA5776">
      <w:pPr>
        <w:spacing w:before="240" w:after="0" w:line="240" w:lineRule="auto"/>
        <w:jc w:val="both"/>
        <w:rPr>
          <w:rFonts w:ascii="Arial Narrow" w:hAnsi="Arial Narrow" w:cstheme="majorHAnsi"/>
          <w:lang w:val="es-AR"/>
        </w:rPr>
      </w:pPr>
    </w:p>
    <w:p w14:paraId="264834F6" w14:textId="145E0715" w:rsidR="00641C92" w:rsidRPr="00EC14B9" w:rsidRDefault="00B45A63" w:rsidP="00BA5776">
      <w:pPr>
        <w:spacing w:before="240" w:after="0" w:line="240" w:lineRule="auto"/>
        <w:jc w:val="both"/>
        <w:rPr>
          <w:rFonts w:ascii="Arial Narrow" w:hAnsi="Arial Narrow" w:cstheme="majorHAnsi"/>
          <w:lang w:val="es-AR"/>
        </w:rPr>
      </w:pPr>
      <w:r w:rsidRPr="00EC14B9">
        <w:rPr>
          <w:rFonts w:ascii="Arial Narrow" w:hAnsi="Arial Narrow" w:cstheme="majorHAnsi"/>
          <w:lang w:val="es-AR"/>
        </w:rPr>
        <w:t>Firma: ________________________________</w:t>
      </w:r>
      <w:proofErr w:type="gramStart"/>
      <w:r w:rsidRPr="00EC14B9">
        <w:rPr>
          <w:rFonts w:ascii="Arial Narrow" w:hAnsi="Arial Narrow" w:cstheme="majorHAnsi"/>
          <w:lang w:val="es-AR"/>
        </w:rPr>
        <w:t>_  Fecha</w:t>
      </w:r>
      <w:proofErr w:type="gramEnd"/>
      <w:r w:rsidRPr="00EC14B9">
        <w:rPr>
          <w:rFonts w:ascii="Arial Narrow" w:hAnsi="Arial Narrow" w:cstheme="majorHAnsi"/>
          <w:lang w:val="es-AR"/>
        </w:rPr>
        <w:t>: ____ / ____ / 2025</w:t>
      </w:r>
    </w:p>
    <w:p w14:paraId="0202A9EE" w14:textId="77777777" w:rsidR="00FD0497" w:rsidRPr="00EC14B9" w:rsidRDefault="00FD0497" w:rsidP="00BA5776">
      <w:pPr>
        <w:spacing w:before="240" w:after="0" w:line="240" w:lineRule="auto"/>
        <w:jc w:val="both"/>
        <w:rPr>
          <w:rFonts w:ascii="Arial Narrow" w:hAnsi="Arial Narrow" w:cstheme="majorHAnsi"/>
          <w:lang w:val="es-AR"/>
        </w:rPr>
      </w:pPr>
    </w:p>
    <w:p w14:paraId="49C5B5DF" w14:textId="77777777" w:rsidR="00FD0497" w:rsidRPr="00EC14B9" w:rsidRDefault="00FD0497" w:rsidP="00BA5776">
      <w:pPr>
        <w:spacing w:before="240" w:after="0" w:line="240" w:lineRule="auto"/>
        <w:jc w:val="both"/>
        <w:rPr>
          <w:rFonts w:ascii="Arial Narrow" w:hAnsi="Arial Narrow" w:cstheme="majorHAnsi"/>
          <w:lang w:val="es-AR"/>
        </w:rPr>
      </w:pPr>
    </w:p>
    <w:p w14:paraId="491DF4C7" w14:textId="77777777" w:rsidR="00FD0497" w:rsidRPr="00EC14B9" w:rsidRDefault="00FD0497" w:rsidP="00BA5776">
      <w:pPr>
        <w:spacing w:before="240" w:after="0" w:line="240" w:lineRule="auto"/>
        <w:jc w:val="both"/>
        <w:rPr>
          <w:rFonts w:ascii="Arial Narrow" w:hAnsi="Arial Narrow" w:cstheme="majorHAnsi"/>
          <w:lang w:val="es-AR"/>
        </w:rPr>
      </w:pPr>
    </w:p>
    <w:p w14:paraId="6D7A00CC" w14:textId="40DF1463" w:rsidR="00A14352" w:rsidRPr="00EC14B9" w:rsidRDefault="00A14352" w:rsidP="00BA5776">
      <w:pPr>
        <w:spacing w:before="240" w:after="0" w:line="240" w:lineRule="auto"/>
        <w:jc w:val="both"/>
        <w:rPr>
          <w:rFonts w:ascii="Arial Narrow" w:hAnsi="Arial Narrow" w:cstheme="majorHAnsi"/>
          <w:lang w:val="es-AR"/>
        </w:rPr>
      </w:pPr>
      <w:r w:rsidRPr="00EC14B9">
        <w:rPr>
          <w:rFonts w:ascii="Arial Narrow" w:hAnsi="Arial Narrow" w:cstheme="majorHAnsi"/>
          <w:lang w:val="es-AR"/>
        </w:rPr>
        <w:t>Recibido: _______________________________</w:t>
      </w:r>
      <w:proofErr w:type="gramStart"/>
      <w:r w:rsidRPr="00EC14B9">
        <w:rPr>
          <w:rFonts w:ascii="Arial Narrow" w:hAnsi="Arial Narrow" w:cstheme="majorHAnsi"/>
          <w:lang w:val="es-AR"/>
        </w:rPr>
        <w:t>_  Fecha</w:t>
      </w:r>
      <w:proofErr w:type="gramEnd"/>
      <w:r w:rsidRPr="00EC14B9">
        <w:rPr>
          <w:rFonts w:ascii="Arial Narrow" w:hAnsi="Arial Narrow" w:cstheme="majorHAnsi"/>
          <w:lang w:val="es-AR"/>
        </w:rPr>
        <w:t>: ____ / ____ / 2025</w:t>
      </w:r>
    </w:p>
    <w:p w14:paraId="76426DC4" w14:textId="77777777" w:rsidR="00A14352" w:rsidRPr="00EC14B9" w:rsidRDefault="00A14352" w:rsidP="00BA5776">
      <w:pPr>
        <w:spacing w:before="240" w:after="0" w:line="240" w:lineRule="auto"/>
        <w:jc w:val="both"/>
        <w:rPr>
          <w:rFonts w:ascii="Arial Narrow" w:hAnsi="Arial Narrow" w:cstheme="majorHAnsi"/>
          <w:lang w:val="es-AR"/>
        </w:rPr>
      </w:pPr>
    </w:p>
    <w:sectPr w:rsidR="00A14352" w:rsidRPr="00EC14B9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F9517" w14:textId="77777777" w:rsidR="00DC3393" w:rsidRDefault="00DC3393" w:rsidP="00933ED3">
      <w:pPr>
        <w:spacing w:after="0" w:line="240" w:lineRule="auto"/>
      </w:pPr>
      <w:r>
        <w:separator/>
      </w:r>
    </w:p>
  </w:endnote>
  <w:endnote w:type="continuationSeparator" w:id="0">
    <w:p w14:paraId="06639D63" w14:textId="77777777" w:rsidR="00DC3393" w:rsidRDefault="00DC3393" w:rsidP="00933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1364991"/>
      <w:docPartObj>
        <w:docPartGallery w:val="Page Numbers (Bottom of Page)"/>
        <w:docPartUnique/>
      </w:docPartObj>
    </w:sdtPr>
    <w:sdtEndPr/>
    <w:sdtContent>
      <w:p w14:paraId="1F324D7F" w14:textId="414BAB1E" w:rsidR="00FD0497" w:rsidRDefault="00FD049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3F88A1D" w14:textId="77777777" w:rsidR="00FD0497" w:rsidRDefault="00FD049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C0B20" w14:textId="77777777" w:rsidR="00DC3393" w:rsidRDefault="00DC3393" w:rsidP="00933ED3">
      <w:pPr>
        <w:spacing w:after="0" w:line="240" w:lineRule="auto"/>
      </w:pPr>
      <w:r>
        <w:separator/>
      </w:r>
    </w:p>
  </w:footnote>
  <w:footnote w:type="continuationSeparator" w:id="0">
    <w:p w14:paraId="6AC0F24F" w14:textId="77777777" w:rsidR="00DC3393" w:rsidRDefault="00DC3393" w:rsidP="00933E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63677" w14:textId="3F3CCB99" w:rsidR="00933ED3" w:rsidRPr="00933ED3" w:rsidRDefault="00BA5776" w:rsidP="00933ED3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1AE8F23" wp14:editId="7E5A5971">
          <wp:simplePos x="0" y="0"/>
          <wp:positionH relativeFrom="margin">
            <wp:posOffset>2009140</wp:posOffset>
          </wp:positionH>
          <wp:positionV relativeFrom="paragraph">
            <wp:posOffset>-257175</wp:posOffset>
          </wp:positionV>
          <wp:extent cx="1609090" cy="716915"/>
          <wp:effectExtent l="0" t="0" r="0" b="6985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 rotWithShape="1">
                  <a:blip r:embed="rId1"/>
                  <a:srcRect l="45486" t="16854" b="17604"/>
                  <a:stretch/>
                </pic:blipFill>
                <pic:spPr bwMode="auto">
                  <a:xfrm>
                    <a:off x="0" y="0"/>
                    <a:ext cx="1609090" cy="7169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12C7DA0" wp14:editId="16059D60">
          <wp:simplePos x="0" y="0"/>
          <wp:positionH relativeFrom="margin">
            <wp:align>right</wp:align>
          </wp:positionH>
          <wp:positionV relativeFrom="paragraph">
            <wp:posOffset>-334816</wp:posOffset>
          </wp:positionV>
          <wp:extent cx="1327150" cy="709295"/>
          <wp:effectExtent l="0" t="0" r="635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7150" cy="709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4352">
      <w:rPr>
        <w:noProof/>
      </w:rPr>
      <w:drawing>
        <wp:anchor distT="0" distB="0" distL="114300" distR="114300" simplePos="0" relativeHeight="251659264" behindDoc="0" locked="0" layoutInCell="1" allowOverlap="1" wp14:anchorId="19DD8F4F" wp14:editId="76951925">
          <wp:simplePos x="0" y="0"/>
          <wp:positionH relativeFrom="margin">
            <wp:posOffset>-238125</wp:posOffset>
          </wp:positionH>
          <wp:positionV relativeFrom="paragraph">
            <wp:posOffset>-228600</wp:posOffset>
          </wp:positionV>
          <wp:extent cx="1733550" cy="68834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733550" cy="688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78789403">
    <w:abstractNumId w:val="8"/>
  </w:num>
  <w:num w:numId="2" w16cid:durableId="404035674">
    <w:abstractNumId w:val="6"/>
  </w:num>
  <w:num w:numId="3" w16cid:durableId="501093638">
    <w:abstractNumId w:val="5"/>
  </w:num>
  <w:num w:numId="4" w16cid:durableId="1206795158">
    <w:abstractNumId w:val="4"/>
  </w:num>
  <w:num w:numId="5" w16cid:durableId="899443964">
    <w:abstractNumId w:val="7"/>
  </w:num>
  <w:num w:numId="6" w16cid:durableId="36397540">
    <w:abstractNumId w:val="3"/>
  </w:num>
  <w:num w:numId="7" w16cid:durableId="975110300">
    <w:abstractNumId w:val="2"/>
  </w:num>
  <w:num w:numId="8" w16cid:durableId="2045981404">
    <w:abstractNumId w:val="1"/>
  </w:num>
  <w:num w:numId="9" w16cid:durableId="2044213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3C51"/>
    <w:rsid w:val="0006063C"/>
    <w:rsid w:val="0015074B"/>
    <w:rsid w:val="001F1E6A"/>
    <w:rsid w:val="0029639D"/>
    <w:rsid w:val="00326F90"/>
    <w:rsid w:val="00456D07"/>
    <w:rsid w:val="00532197"/>
    <w:rsid w:val="005327BE"/>
    <w:rsid w:val="00641C92"/>
    <w:rsid w:val="006725D1"/>
    <w:rsid w:val="0069626B"/>
    <w:rsid w:val="00933ED3"/>
    <w:rsid w:val="009C2059"/>
    <w:rsid w:val="00A14352"/>
    <w:rsid w:val="00A932A2"/>
    <w:rsid w:val="00AA1D8D"/>
    <w:rsid w:val="00B41E7A"/>
    <w:rsid w:val="00B45A63"/>
    <w:rsid w:val="00B47730"/>
    <w:rsid w:val="00BA5776"/>
    <w:rsid w:val="00C6015F"/>
    <w:rsid w:val="00CB0664"/>
    <w:rsid w:val="00DC3393"/>
    <w:rsid w:val="00EA1AC8"/>
    <w:rsid w:val="00EA2ADF"/>
    <w:rsid w:val="00EC14B9"/>
    <w:rsid w:val="00F64C33"/>
    <w:rsid w:val="00FB04DC"/>
    <w:rsid w:val="00FC693F"/>
    <w:rsid w:val="00F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5719CCB"/>
  <w14:defaultImageDpi w14:val="300"/>
  <w15:docId w15:val="{2F1ECD71-6706-42A6-AE08-B1687ABF9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331</Words>
  <Characters>1823</Characters>
  <Application>Microsoft Office Word</Application>
  <DocSecurity>0</DocSecurity>
  <Lines>15</Lines>
  <Paragraphs>4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9</vt:i4>
      </vt:variant>
      <vt:variant>
        <vt:lpstr>Title</vt:lpstr>
      </vt:variant>
      <vt:variant>
        <vt:i4>1</vt:i4>
      </vt:variant>
    </vt:vector>
  </HeadingPairs>
  <TitlesOfParts>
    <vt:vector size="11" baseType="lpstr">
      <vt:lpstr/>
      <vt:lpstr>    1. Datos personales</vt:lpstr>
      <vt:lpstr>    2. Categoría y situación de revista</vt:lpstr>
      <vt:lpstr>    3. Institución extranjera de destino</vt:lpstr>
      <vt:lpstr>    4. Motivación    </vt:lpstr>
      <vt:lpstr>    5. Propuesta de trabajo durante la estancia </vt:lpstr>
      <vt:lpstr>    </vt:lpstr>
      <vt:lpstr>    6. Propuesta de aplicación posterior en la FHyCS </vt:lpstr>
      <vt:lpstr>    7. Carta de invitación de la institución extranjera ☐</vt:lpstr>
      <vt:lpstr>    8. Aval del Departamento, Dirección o Coordinación correspondiente ☐</vt:lpstr>
      <vt:lpstr/>
    </vt:vector>
  </TitlesOfParts>
  <Manager/>
  <Company/>
  <LinksUpToDate>false</LinksUpToDate>
  <CharactersWithSpaces>2150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</dc:creator>
  <cp:keywords/>
  <dc:description>generated by python-docx</dc:description>
  <cp:lastModifiedBy>Direccion Informática</cp:lastModifiedBy>
  <cp:revision>2</cp:revision>
  <dcterms:created xsi:type="dcterms:W3CDTF">2025-11-03T10:57:00Z</dcterms:created>
  <dcterms:modified xsi:type="dcterms:W3CDTF">2025-11-03T10:57:00Z</dcterms:modified>
  <cp:category/>
</cp:coreProperties>
</file>